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A1F717" w14:textId="48B6B8FE" w:rsidR="00E72D8E" w:rsidRPr="00B83447" w:rsidRDefault="00B83447">
      <w:pPr>
        <w:spacing w:after="0"/>
        <w:jc w:val="center"/>
        <w:rPr>
          <w:rFonts w:ascii="Arial" w:hAnsi="Arial" w:cs="Arial"/>
        </w:rPr>
      </w:pPr>
      <w:r w:rsidRPr="00B83447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69EC5A73" wp14:editId="03F7B386">
            <wp:simplePos x="0" y="0"/>
            <wp:positionH relativeFrom="page">
              <wp:posOffset>6637655</wp:posOffset>
            </wp:positionH>
            <wp:positionV relativeFrom="paragraph">
              <wp:posOffset>-350520</wp:posOffset>
            </wp:positionV>
            <wp:extent cx="708660" cy="750481"/>
            <wp:effectExtent l="0" t="0" r="0" b="0"/>
            <wp:wrapNone/>
            <wp:docPr id="1753879454" name="Imagem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" cy="750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83447">
        <w:rPr>
          <w:rFonts w:ascii="Arial" w:hAnsi="Arial" w:cs="Arial"/>
          <w:noProof/>
        </w:rPr>
        <w:drawing>
          <wp:anchor distT="0" distB="0" distL="0" distR="0" simplePos="0" relativeHeight="251657216" behindDoc="0" locked="0" layoutInCell="1" hidden="0" allowOverlap="1" wp14:anchorId="484A7EA5" wp14:editId="44C0C238">
            <wp:simplePos x="0" y="0"/>
            <wp:positionH relativeFrom="column">
              <wp:posOffset>-343535</wp:posOffset>
            </wp:positionH>
            <wp:positionV relativeFrom="paragraph">
              <wp:posOffset>-349885</wp:posOffset>
            </wp:positionV>
            <wp:extent cx="647700" cy="662940"/>
            <wp:effectExtent l="0" t="0" r="0" b="3810"/>
            <wp:wrapNone/>
            <wp:docPr id="7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6629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83447">
        <w:rPr>
          <w:rFonts w:ascii="Arial" w:hAnsi="Arial" w:cs="Arial"/>
          <w:b/>
        </w:rPr>
        <w:t>UNIVERSIDADE FEDERAL DO RIO GRANDE – FURG</w:t>
      </w:r>
    </w:p>
    <w:p w14:paraId="0090E4E2" w14:textId="77777777" w:rsidR="00E72D8E" w:rsidRPr="00B83447" w:rsidRDefault="00000000">
      <w:pPr>
        <w:spacing w:after="0"/>
        <w:jc w:val="center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>INSTITUTO DE EDUCAÇÃO – IE</w:t>
      </w:r>
    </w:p>
    <w:p w14:paraId="51A95611" w14:textId="77777777" w:rsidR="00E72D8E" w:rsidRPr="00B83447" w:rsidRDefault="00000000">
      <w:pPr>
        <w:jc w:val="center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>PROGRAMA DE PÓS-GRADUAÇÃO EM EDUCAÇÃO AMBIENTAL – PPGEA</w:t>
      </w:r>
    </w:p>
    <w:p w14:paraId="7EAD5BB4" w14:textId="77777777" w:rsidR="00B83447" w:rsidRDefault="00B83447">
      <w:pPr>
        <w:spacing w:after="100"/>
        <w:jc w:val="center"/>
        <w:rPr>
          <w:rFonts w:ascii="Arial" w:hAnsi="Arial" w:cs="Arial"/>
          <w:b/>
          <w:color w:val="1F497D" w:themeColor="text2"/>
          <w:sz w:val="24"/>
        </w:rPr>
      </w:pPr>
    </w:p>
    <w:p w14:paraId="3B97A73F" w14:textId="6D24B226" w:rsidR="00B83447" w:rsidRPr="00B83447" w:rsidRDefault="00280AFE">
      <w:pPr>
        <w:spacing w:after="100"/>
        <w:jc w:val="center"/>
        <w:rPr>
          <w:rFonts w:ascii="Arial" w:hAnsi="Arial" w:cs="Arial"/>
          <w:b/>
          <w:color w:val="1F497D" w:themeColor="text2"/>
          <w:sz w:val="24"/>
        </w:rPr>
      </w:pPr>
      <w:r w:rsidRPr="00280AFE">
        <w:rPr>
          <w:rFonts w:ascii="Arial" w:hAnsi="Arial" w:cs="Arial"/>
          <w:b/>
          <w:bCs/>
          <w:color w:val="1F497D" w:themeColor="text2"/>
          <w:sz w:val="24"/>
        </w:rPr>
        <w:t>PRIMEIRO ADITIVO À CHAMADA INTERNA PPGEA Nº 03/2026</w:t>
      </w:r>
      <w:r w:rsidRPr="00280AFE">
        <w:rPr>
          <w:rFonts w:ascii="Arial" w:hAnsi="Arial" w:cs="Arial"/>
          <w:b/>
          <w:color w:val="1F497D" w:themeColor="text2"/>
          <w:sz w:val="24"/>
        </w:rPr>
        <w:br/>
      </w:r>
      <w:proofErr w:type="spellStart"/>
      <w:r w:rsidRPr="00280AFE">
        <w:rPr>
          <w:rFonts w:ascii="Arial" w:hAnsi="Arial" w:cs="Arial"/>
          <w:b/>
          <w:bCs/>
          <w:color w:val="1F497D" w:themeColor="text2"/>
          <w:sz w:val="24"/>
        </w:rPr>
        <w:t>em</w:t>
      </w:r>
      <w:proofErr w:type="spellEnd"/>
      <w:r w:rsidRPr="00280AFE">
        <w:rPr>
          <w:rFonts w:ascii="Arial" w:hAnsi="Arial" w:cs="Arial"/>
          <w:b/>
          <w:bCs/>
          <w:color w:val="1F497D" w:themeColor="text2"/>
          <w:sz w:val="24"/>
        </w:rPr>
        <w:t xml:space="preserve"> </w:t>
      </w:r>
      <w:proofErr w:type="spellStart"/>
      <w:r w:rsidRPr="00280AFE">
        <w:rPr>
          <w:rFonts w:ascii="Arial" w:hAnsi="Arial" w:cs="Arial"/>
          <w:b/>
          <w:bCs/>
          <w:color w:val="1F497D" w:themeColor="text2"/>
          <w:sz w:val="24"/>
        </w:rPr>
        <w:t>adequação</w:t>
      </w:r>
      <w:proofErr w:type="spellEnd"/>
      <w:r w:rsidRPr="00280AFE">
        <w:rPr>
          <w:rFonts w:ascii="Arial" w:hAnsi="Arial" w:cs="Arial"/>
          <w:b/>
          <w:bCs/>
          <w:color w:val="1F497D" w:themeColor="text2"/>
          <w:sz w:val="24"/>
        </w:rPr>
        <w:t xml:space="preserve"> </w:t>
      </w:r>
      <w:proofErr w:type="spellStart"/>
      <w:r w:rsidRPr="00280AFE">
        <w:rPr>
          <w:rFonts w:ascii="Arial" w:hAnsi="Arial" w:cs="Arial"/>
          <w:b/>
          <w:bCs/>
          <w:color w:val="1F497D" w:themeColor="text2"/>
          <w:sz w:val="24"/>
        </w:rPr>
        <w:t>ao</w:t>
      </w:r>
      <w:proofErr w:type="spellEnd"/>
      <w:r w:rsidRPr="00280AFE">
        <w:rPr>
          <w:rFonts w:ascii="Arial" w:hAnsi="Arial" w:cs="Arial"/>
          <w:b/>
          <w:bCs/>
          <w:color w:val="1F497D" w:themeColor="text2"/>
          <w:sz w:val="24"/>
        </w:rPr>
        <w:t xml:space="preserve"> Primeiro </w:t>
      </w:r>
      <w:proofErr w:type="spellStart"/>
      <w:r w:rsidRPr="00280AFE">
        <w:rPr>
          <w:rFonts w:ascii="Arial" w:hAnsi="Arial" w:cs="Arial"/>
          <w:b/>
          <w:bCs/>
          <w:color w:val="1F497D" w:themeColor="text2"/>
          <w:sz w:val="24"/>
        </w:rPr>
        <w:t>Aditivo</w:t>
      </w:r>
      <w:proofErr w:type="spellEnd"/>
      <w:r w:rsidRPr="00280AFE">
        <w:rPr>
          <w:rFonts w:ascii="Arial" w:hAnsi="Arial" w:cs="Arial"/>
          <w:b/>
          <w:bCs/>
          <w:color w:val="1F497D" w:themeColor="text2"/>
          <w:sz w:val="24"/>
        </w:rPr>
        <w:t xml:space="preserve"> do </w:t>
      </w:r>
      <w:proofErr w:type="spellStart"/>
      <w:r w:rsidRPr="00280AFE">
        <w:rPr>
          <w:rFonts w:ascii="Arial" w:hAnsi="Arial" w:cs="Arial"/>
          <w:b/>
          <w:bCs/>
          <w:color w:val="1F497D" w:themeColor="text2"/>
          <w:sz w:val="24"/>
        </w:rPr>
        <w:t>Edital</w:t>
      </w:r>
      <w:proofErr w:type="spellEnd"/>
      <w:r w:rsidRPr="00280AFE">
        <w:rPr>
          <w:rFonts w:ascii="Arial" w:hAnsi="Arial" w:cs="Arial"/>
          <w:b/>
          <w:bCs/>
          <w:color w:val="1F497D" w:themeColor="text2"/>
          <w:sz w:val="24"/>
        </w:rPr>
        <w:t xml:space="preserve"> FAPERGS/</w:t>
      </w:r>
      <w:proofErr w:type="spellStart"/>
      <w:r w:rsidRPr="00280AFE">
        <w:rPr>
          <w:rFonts w:ascii="Arial" w:hAnsi="Arial" w:cs="Arial"/>
          <w:b/>
          <w:bCs/>
          <w:color w:val="1F497D" w:themeColor="text2"/>
          <w:sz w:val="24"/>
        </w:rPr>
        <w:t>CNPq</w:t>
      </w:r>
      <w:proofErr w:type="spellEnd"/>
      <w:r w:rsidRPr="00280AFE">
        <w:rPr>
          <w:rFonts w:ascii="Arial" w:hAnsi="Arial" w:cs="Arial"/>
          <w:b/>
          <w:bCs/>
          <w:color w:val="1F497D" w:themeColor="text2"/>
          <w:sz w:val="24"/>
        </w:rPr>
        <w:t>/CAPES nº 06/2026 – PROFIX-CB</w:t>
      </w:r>
    </w:p>
    <w:p w14:paraId="064FFE2D" w14:textId="77777777" w:rsidR="00E72D8E" w:rsidRPr="00B83447" w:rsidRDefault="00000000">
      <w:pPr>
        <w:spacing w:after="240"/>
        <w:jc w:val="center"/>
        <w:rPr>
          <w:rFonts w:ascii="Arial" w:hAnsi="Arial" w:cs="Arial"/>
          <w:color w:val="000000" w:themeColor="text1"/>
        </w:rPr>
      </w:pPr>
      <w:r w:rsidRPr="00B83447">
        <w:rPr>
          <w:rFonts w:ascii="Arial" w:hAnsi="Arial" w:cs="Arial"/>
          <w:b/>
          <w:color w:val="000000" w:themeColor="text1"/>
        </w:rPr>
        <w:t>SELEÇÃO DE PROPOSTA INSTITUCIONAL PARA O EDITAL FAPERGS/</w:t>
      </w:r>
      <w:proofErr w:type="spellStart"/>
      <w:r w:rsidRPr="00B83447">
        <w:rPr>
          <w:rFonts w:ascii="Arial" w:hAnsi="Arial" w:cs="Arial"/>
          <w:b/>
          <w:color w:val="000000" w:themeColor="text1"/>
        </w:rPr>
        <w:t>CNPq</w:t>
      </w:r>
      <w:proofErr w:type="spellEnd"/>
      <w:r w:rsidRPr="00B83447">
        <w:rPr>
          <w:rFonts w:ascii="Arial" w:hAnsi="Arial" w:cs="Arial"/>
          <w:b/>
          <w:color w:val="000000" w:themeColor="text1"/>
        </w:rPr>
        <w:t>/CAPES Nº 06/2026 – PROGRAMA DE APOIO À FIXAÇÃO DE DOUTORES NO BRASIL – PROFIX-CB</w:t>
      </w:r>
    </w:p>
    <w:p w14:paraId="45D6C9BB" w14:textId="77777777" w:rsidR="00E72D8E" w:rsidRPr="00B83447" w:rsidRDefault="00000000">
      <w:pPr>
        <w:spacing w:after="140"/>
        <w:ind w:firstLine="706"/>
        <w:jc w:val="both"/>
        <w:rPr>
          <w:rFonts w:ascii="Arial" w:hAnsi="Arial" w:cs="Arial"/>
        </w:rPr>
      </w:pPr>
      <w:r w:rsidRPr="00B83447">
        <w:rPr>
          <w:rFonts w:ascii="Arial" w:hAnsi="Arial" w:cs="Arial"/>
        </w:rPr>
        <w:t xml:space="preserve">O </w:t>
      </w:r>
      <w:proofErr w:type="spellStart"/>
      <w:r w:rsidRPr="00B83447">
        <w:rPr>
          <w:rFonts w:ascii="Arial" w:hAnsi="Arial" w:cs="Arial"/>
        </w:rPr>
        <w:t>Programa</w:t>
      </w:r>
      <w:proofErr w:type="spellEnd"/>
      <w:r w:rsidRPr="00B83447">
        <w:rPr>
          <w:rFonts w:ascii="Arial" w:hAnsi="Arial" w:cs="Arial"/>
        </w:rPr>
        <w:t xml:space="preserve"> de Pós-</w:t>
      </w:r>
      <w:proofErr w:type="spellStart"/>
      <w:r w:rsidRPr="00B83447">
        <w:rPr>
          <w:rFonts w:ascii="Arial" w:hAnsi="Arial" w:cs="Arial"/>
        </w:rPr>
        <w:t>Graduação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em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Educação</w:t>
      </w:r>
      <w:proofErr w:type="spellEnd"/>
      <w:r w:rsidRPr="00B83447">
        <w:rPr>
          <w:rFonts w:ascii="Arial" w:hAnsi="Arial" w:cs="Arial"/>
        </w:rPr>
        <w:t xml:space="preserve"> Ambiental da </w:t>
      </w:r>
      <w:proofErr w:type="spellStart"/>
      <w:r w:rsidRPr="00B83447">
        <w:rPr>
          <w:rFonts w:ascii="Arial" w:hAnsi="Arial" w:cs="Arial"/>
        </w:rPr>
        <w:t>Universidade</w:t>
      </w:r>
      <w:proofErr w:type="spellEnd"/>
      <w:r w:rsidRPr="00B83447">
        <w:rPr>
          <w:rFonts w:ascii="Arial" w:hAnsi="Arial" w:cs="Arial"/>
        </w:rPr>
        <w:t xml:space="preserve"> Federal do Rio Grande – PPGEA/FURG </w:t>
      </w:r>
      <w:proofErr w:type="spellStart"/>
      <w:r w:rsidRPr="00B83447">
        <w:rPr>
          <w:rFonts w:ascii="Arial" w:hAnsi="Arial" w:cs="Arial"/>
        </w:rPr>
        <w:t>torna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público</w:t>
      </w:r>
      <w:proofErr w:type="spellEnd"/>
      <w:r w:rsidRPr="00B83447">
        <w:rPr>
          <w:rFonts w:ascii="Arial" w:hAnsi="Arial" w:cs="Arial"/>
        </w:rPr>
        <w:t xml:space="preserve"> o Primeiro </w:t>
      </w:r>
      <w:proofErr w:type="spellStart"/>
      <w:r w:rsidRPr="00B83447">
        <w:rPr>
          <w:rFonts w:ascii="Arial" w:hAnsi="Arial" w:cs="Arial"/>
        </w:rPr>
        <w:t>Aditivo</w:t>
      </w:r>
      <w:proofErr w:type="spellEnd"/>
      <w:r w:rsidRPr="00B83447">
        <w:rPr>
          <w:rFonts w:ascii="Arial" w:hAnsi="Arial" w:cs="Arial"/>
        </w:rPr>
        <w:t xml:space="preserve"> à </w:t>
      </w:r>
      <w:proofErr w:type="spellStart"/>
      <w:r w:rsidRPr="00B83447">
        <w:rPr>
          <w:rFonts w:ascii="Arial" w:hAnsi="Arial" w:cs="Arial"/>
        </w:rPr>
        <w:t>Chamada</w:t>
      </w:r>
      <w:proofErr w:type="spellEnd"/>
      <w:r w:rsidRPr="00B83447">
        <w:rPr>
          <w:rFonts w:ascii="Arial" w:hAnsi="Arial" w:cs="Arial"/>
        </w:rPr>
        <w:t xml:space="preserve"> Interna PPGEA nº 03/2026, </w:t>
      </w:r>
      <w:proofErr w:type="spellStart"/>
      <w:r w:rsidRPr="00B83447">
        <w:rPr>
          <w:rFonts w:ascii="Arial" w:hAnsi="Arial" w:cs="Arial"/>
        </w:rPr>
        <w:t>em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decorrência</w:t>
      </w:r>
      <w:proofErr w:type="spellEnd"/>
      <w:r w:rsidRPr="00B83447">
        <w:rPr>
          <w:rFonts w:ascii="Arial" w:hAnsi="Arial" w:cs="Arial"/>
        </w:rPr>
        <w:t xml:space="preserve"> da </w:t>
      </w:r>
      <w:proofErr w:type="spellStart"/>
      <w:r w:rsidRPr="00B83447">
        <w:rPr>
          <w:rFonts w:ascii="Arial" w:hAnsi="Arial" w:cs="Arial"/>
        </w:rPr>
        <w:t>publicação</w:t>
      </w:r>
      <w:proofErr w:type="spellEnd"/>
      <w:r w:rsidRPr="00B83447">
        <w:rPr>
          <w:rFonts w:ascii="Arial" w:hAnsi="Arial" w:cs="Arial"/>
        </w:rPr>
        <w:t xml:space="preserve">, </w:t>
      </w:r>
      <w:proofErr w:type="spellStart"/>
      <w:r w:rsidRPr="00B83447">
        <w:rPr>
          <w:rFonts w:ascii="Arial" w:hAnsi="Arial" w:cs="Arial"/>
        </w:rPr>
        <w:t>em</w:t>
      </w:r>
      <w:proofErr w:type="spellEnd"/>
      <w:r w:rsidRPr="00B83447">
        <w:rPr>
          <w:rFonts w:ascii="Arial" w:hAnsi="Arial" w:cs="Arial"/>
        </w:rPr>
        <w:t xml:space="preserve"> 31 de </w:t>
      </w:r>
      <w:proofErr w:type="spellStart"/>
      <w:r w:rsidRPr="00B83447">
        <w:rPr>
          <w:rFonts w:ascii="Arial" w:hAnsi="Arial" w:cs="Arial"/>
        </w:rPr>
        <w:t>agosto</w:t>
      </w:r>
      <w:proofErr w:type="spellEnd"/>
      <w:r w:rsidRPr="00B83447">
        <w:rPr>
          <w:rFonts w:ascii="Arial" w:hAnsi="Arial" w:cs="Arial"/>
        </w:rPr>
        <w:t xml:space="preserve"> de 2026, do Primeiro </w:t>
      </w:r>
      <w:proofErr w:type="spellStart"/>
      <w:r w:rsidRPr="00B83447">
        <w:rPr>
          <w:rFonts w:ascii="Arial" w:hAnsi="Arial" w:cs="Arial"/>
        </w:rPr>
        <w:t>Aditivo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Edital</w:t>
      </w:r>
      <w:proofErr w:type="spellEnd"/>
      <w:r w:rsidRPr="00B83447">
        <w:rPr>
          <w:rFonts w:ascii="Arial" w:hAnsi="Arial" w:cs="Arial"/>
        </w:rPr>
        <w:t xml:space="preserve"> FAPERGS/</w:t>
      </w:r>
      <w:proofErr w:type="spellStart"/>
      <w:r w:rsidRPr="00B83447">
        <w:rPr>
          <w:rFonts w:ascii="Arial" w:hAnsi="Arial" w:cs="Arial"/>
        </w:rPr>
        <w:t>CNPq</w:t>
      </w:r>
      <w:proofErr w:type="spellEnd"/>
      <w:r w:rsidRPr="00B83447">
        <w:rPr>
          <w:rFonts w:ascii="Arial" w:hAnsi="Arial" w:cs="Arial"/>
        </w:rPr>
        <w:t xml:space="preserve">/CAPES nº 06/2026 – </w:t>
      </w:r>
      <w:proofErr w:type="spellStart"/>
      <w:r w:rsidRPr="00B83447">
        <w:rPr>
          <w:rFonts w:ascii="Arial" w:hAnsi="Arial" w:cs="Arial"/>
        </w:rPr>
        <w:t>Programa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Apoio</w:t>
      </w:r>
      <w:proofErr w:type="spellEnd"/>
      <w:r w:rsidRPr="00B83447">
        <w:rPr>
          <w:rFonts w:ascii="Arial" w:hAnsi="Arial" w:cs="Arial"/>
        </w:rPr>
        <w:t xml:space="preserve"> à </w:t>
      </w:r>
      <w:proofErr w:type="spellStart"/>
      <w:r w:rsidRPr="00B83447">
        <w:rPr>
          <w:rFonts w:ascii="Arial" w:hAnsi="Arial" w:cs="Arial"/>
        </w:rPr>
        <w:t>Fixação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Doutores</w:t>
      </w:r>
      <w:proofErr w:type="spellEnd"/>
      <w:r w:rsidRPr="00B83447">
        <w:rPr>
          <w:rFonts w:ascii="Arial" w:hAnsi="Arial" w:cs="Arial"/>
        </w:rPr>
        <w:t xml:space="preserve"> no </w:t>
      </w:r>
      <w:proofErr w:type="spellStart"/>
      <w:r w:rsidRPr="00B83447">
        <w:rPr>
          <w:rFonts w:ascii="Arial" w:hAnsi="Arial" w:cs="Arial"/>
        </w:rPr>
        <w:t>Brasil</w:t>
      </w:r>
      <w:proofErr w:type="spellEnd"/>
      <w:r w:rsidRPr="00B83447">
        <w:rPr>
          <w:rFonts w:ascii="Arial" w:hAnsi="Arial" w:cs="Arial"/>
        </w:rPr>
        <w:t xml:space="preserve"> – PROFIX-CB, com a </w:t>
      </w:r>
      <w:proofErr w:type="spellStart"/>
      <w:r w:rsidRPr="00B83447">
        <w:rPr>
          <w:rFonts w:ascii="Arial" w:hAnsi="Arial" w:cs="Arial"/>
        </w:rPr>
        <w:t>finalidade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adequar</w:t>
      </w:r>
      <w:proofErr w:type="spellEnd"/>
      <w:r w:rsidRPr="00B83447">
        <w:rPr>
          <w:rFonts w:ascii="Arial" w:hAnsi="Arial" w:cs="Arial"/>
        </w:rPr>
        <w:t xml:space="preserve"> as </w:t>
      </w:r>
      <w:proofErr w:type="spellStart"/>
      <w:r w:rsidRPr="00B83447">
        <w:rPr>
          <w:rFonts w:ascii="Arial" w:hAnsi="Arial" w:cs="Arial"/>
        </w:rPr>
        <w:t>disposições</w:t>
      </w:r>
      <w:proofErr w:type="spellEnd"/>
      <w:r w:rsidRPr="00B83447">
        <w:rPr>
          <w:rFonts w:ascii="Arial" w:hAnsi="Arial" w:cs="Arial"/>
        </w:rPr>
        <w:t xml:space="preserve"> da </w:t>
      </w:r>
      <w:proofErr w:type="spellStart"/>
      <w:r w:rsidRPr="00B83447">
        <w:rPr>
          <w:rFonts w:ascii="Arial" w:hAnsi="Arial" w:cs="Arial"/>
        </w:rPr>
        <w:t>seleção</w:t>
      </w:r>
      <w:proofErr w:type="spellEnd"/>
      <w:r w:rsidRPr="00B83447">
        <w:rPr>
          <w:rFonts w:ascii="Arial" w:hAnsi="Arial" w:cs="Arial"/>
        </w:rPr>
        <w:t xml:space="preserve"> interna </w:t>
      </w:r>
      <w:proofErr w:type="spellStart"/>
      <w:r w:rsidRPr="00B83447">
        <w:rPr>
          <w:rFonts w:ascii="Arial" w:hAnsi="Arial" w:cs="Arial"/>
        </w:rPr>
        <w:t>às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regras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vigentes</w:t>
      </w:r>
      <w:proofErr w:type="spellEnd"/>
      <w:r w:rsidRPr="00B83447">
        <w:rPr>
          <w:rFonts w:ascii="Arial" w:hAnsi="Arial" w:cs="Arial"/>
        </w:rPr>
        <w:t xml:space="preserve"> do </w:t>
      </w:r>
      <w:proofErr w:type="spellStart"/>
      <w:r w:rsidRPr="00B83447">
        <w:rPr>
          <w:rFonts w:ascii="Arial" w:hAnsi="Arial" w:cs="Arial"/>
        </w:rPr>
        <w:t>Edital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externo</w:t>
      </w:r>
      <w:proofErr w:type="spellEnd"/>
      <w:r w:rsidRPr="00B83447">
        <w:rPr>
          <w:rFonts w:ascii="Arial" w:hAnsi="Arial" w:cs="Arial"/>
        </w:rPr>
        <w:t>.</w:t>
      </w:r>
    </w:p>
    <w:p w14:paraId="5C05EC6A" w14:textId="77777777" w:rsidR="00E72D8E" w:rsidRPr="00B83447" w:rsidRDefault="00000000">
      <w:pPr>
        <w:spacing w:before="200" w:after="100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>1. DA ALTERAÇÃO DO ITEM 4.2, ALÍNEA “b”</w:t>
      </w:r>
    </w:p>
    <w:p w14:paraId="6A4B8468" w14:textId="77777777" w:rsidR="00E72D8E" w:rsidRPr="00B83447" w:rsidRDefault="00000000">
      <w:pPr>
        <w:spacing w:before="60" w:after="40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 xml:space="preserve">Onde se </w:t>
      </w:r>
      <w:proofErr w:type="spellStart"/>
      <w:r w:rsidRPr="00B83447">
        <w:rPr>
          <w:rFonts w:ascii="Arial" w:hAnsi="Arial" w:cs="Arial"/>
          <w:b/>
        </w:rPr>
        <w:t>lê</w:t>
      </w:r>
      <w:proofErr w:type="spellEnd"/>
      <w:r w:rsidRPr="00B83447">
        <w:rPr>
          <w:rFonts w:ascii="Arial" w:hAnsi="Arial" w:cs="Arial"/>
          <w:b/>
        </w:rPr>
        <w:t>:</w:t>
      </w:r>
    </w:p>
    <w:p w14:paraId="6E238B2E" w14:textId="77777777" w:rsidR="00E72D8E" w:rsidRPr="00B83447" w:rsidRDefault="00000000">
      <w:pPr>
        <w:spacing w:after="100" w:line="264" w:lineRule="auto"/>
        <w:ind w:left="403" w:right="115"/>
        <w:jc w:val="both"/>
        <w:rPr>
          <w:rFonts w:ascii="Arial" w:hAnsi="Arial" w:cs="Arial"/>
        </w:rPr>
      </w:pPr>
      <w:r w:rsidRPr="00B83447">
        <w:rPr>
          <w:rFonts w:ascii="Arial" w:hAnsi="Arial" w:cs="Arial"/>
        </w:rPr>
        <w:t xml:space="preserve">b) ser </w:t>
      </w:r>
      <w:proofErr w:type="spellStart"/>
      <w:r w:rsidRPr="00B83447">
        <w:rPr>
          <w:rFonts w:ascii="Arial" w:hAnsi="Arial" w:cs="Arial"/>
        </w:rPr>
        <w:t>brasileiro</w:t>
      </w:r>
      <w:proofErr w:type="spellEnd"/>
      <w:r w:rsidRPr="00B83447">
        <w:rPr>
          <w:rFonts w:ascii="Arial" w:hAnsi="Arial" w:cs="Arial"/>
        </w:rPr>
        <w:t xml:space="preserve">(a) </w:t>
      </w:r>
      <w:proofErr w:type="spellStart"/>
      <w:r w:rsidRPr="00B83447">
        <w:rPr>
          <w:rFonts w:ascii="Arial" w:hAnsi="Arial" w:cs="Arial"/>
        </w:rPr>
        <w:t>ou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estrangeiro</w:t>
      </w:r>
      <w:proofErr w:type="spellEnd"/>
      <w:r w:rsidRPr="00B83447">
        <w:rPr>
          <w:rFonts w:ascii="Arial" w:hAnsi="Arial" w:cs="Arial"/>
        </w:rPr>
        <w:t xml:space="preserve">(a) com visto </w:t>
      </w:r>
      <w:proofErr w:type="spellStart"/>
      <w:r w:rsidRPr="00B83447">
        <w:rPr>
          <w:rFonts w:ascii="Arial" w:hAnsi="Arial" w:cs="Arial"/>
        </w:rPr>
        <w:t>permanente</w:t>
      </w:r>
      <w:proofErr w:type="spellEnd"/>
      <w:r w:rsidRPr="00B83447">
        <w:rPr>
          <w:rFonts w:ascii="Arial" w:hAnsi="Arial" w:cs="Arial"/>
        </w:rPr>
        <w:t xml:space="preserve"> no </w:t>
      </w:r>
      <w:proofErr w:type="spellStart"/>
      <w:r w:rsidRPr="00B83447">
        <w:rPr>
          <w:rFonts w:ascii="Arial" w:hAnsi="Arial" w:cs="Arial"/>
        </w:rPr>
        <w:t>Brasil</w:t>
      </w:r>
      <w:proofErr w:type="spellEnd"/>
      <w:r w:rsidRPr="00B83447">
        <w:rPr>
          <w:rFonts w:ascii="Arial" w:hAnsi="Arial" w:cs="Arial"/>
        </w:rPr>
        <w:t>;</w:t>
      </w:r>
    </w:p>
    <w:p w14:paraId="649F5826" w14:textId="77777777" w:rsidR="00E72D8E" w:rsidRPr="00B83447" w:rsidRDefault="00000000">
      <w:pPr>
        <w:spacing w:before="60" w:after="40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>Leia-se:</w:t>
      </w:r>
    </w:p>
    <w:p w14:paraId="50058E22" w14:textId="77777777" w:rsidR="00E72D8E" w:rsidRPr="00B83447" w:rsidRDefault="00000000">
      <w:pPr>
        <w:spacing w:after="100" w:line="264" w:lineRule="auto"/>
        <w:ind w:left="403" w:right="115"/>
        <w:jc w:val="both"/>
        <w:rPr>
          <w:rFonts w:ascii="Arial" w:hAnsi="Arial" w:cs="Arial"/>
        </w:rPr>
      </w:pPr>
      <w:r w:rsidRPr="00B83447">
        <w:rPr>
          <w:rFonts w:ascii="Arial" w:hAnsi="Arial" w:cs="Arial"/>
        </w:rPr>
        <w:t xml:space="preserve">b) ser </w:t>
      </w:r>
      <w:proofErr w:type="spellStart"/>
      <w:r w:rsidRPr="00B83447">
        <w:rPr>
          <w:rFonts w:ascii="Arial" w:hAnsi="Arial" w:cs="Arial"/>
        </w:rPr>
        <w:t>brasileiro</w:t>
      </w:r>
      <w:proofErr w:type="spellEnd"/>
      <w:r w:rsidRPr="00B83447">
        <w:rPr>
          <w:rFonts w:ascii="Arial" w:hAnsi="Arial" w:cs="Arial"/>
        </w:rPr>
        <w:t xml:space="preserve">(a) </w:t>
      </w:r>
      <w:proofErr w:type="spellStart"/>
      <w:r w:rsidRPr="00B83447">
        <w:rPr>
          <w:rFonts w:ascii="Arial" w:hAnsi="Arial" w:cs="Arial"/>
        </w:rPr>
        <w:t>ou</w:t>
      </w:r>
      <w:proofErr w:type="spellEnd"/>
      <w:r w:rsidRPr="00B83447">
        <w:rPr>
          <w:rFonts w:ascii="Arial" w:hAnsi="Arial" w:cs="Arial"/>
        </w:rPr>
        <w:t xml:space="preserve">, se </w:t>
      </w:r>
      <w:proofErr w:type="spellStart"/>
      <w:r w:rsidRPr="00B83447">
        <w:rPr>
          <w:rFonts w:ascii="Arial" w:hAnsi="Arial" w:cs="Arial"/>
        </w:rPr>
        <w:t>imigrante</w:t>
      </w:r>
      <w:proofErr w:type="spellEnd"/>
      <w:r w:rsidRPr="00B83447">
        <w:rPr>
          <w:rFonts w:ascii="Arial" w:hAnsi="Arial" w:cs="Arial"/>
        </w:rPr>
        <w:t xml:space="preserve">, </w:t>
      </w:r>
      <w:proofErr w:type="spellStart"/>
      <w:r w:rsidRPr="00B83447">
        <w:rPr>
          <w:rFonts w:ascii="Arial" w:hAnsi="Arial" w:cs="Arial"/>
        </w:rPr>
        <w:t>possuir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situação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migratória</w:t>
      </w:r>
      <w:proofErr w:type="spellEnd"/>
      <w:r w:rsidRPr="00B83447">
        <w:rPr>
          <w:rFonts w:ascii="Arial" w:hAnsi="Arial" w:cs="Arial"/>
        </w:rPr>
        <w:t xml:space="preserve"> regular no </w:t>
      </w:r>
      <w:proofErr w:type="spellStart"/>
      <w:r w:rsidRPr="00B83447">
        <w:rPr>
          <w:rFonts w:ascii="Arial" w:hAnsi="Arial" w:cs="Arial"/>
        </w:rPr>
        <w:t>Brasil</w:t>
      </w:r>
      <w:proofErr w:type="spellEnd"/>
      <w:r w:rsidRPr="00B83447">
        <w:rPr>
          <w:rFonts w:ascii="Arial" w:hAnsi="Arial" w:cs="Arial"/>
        </w:rPr>
        <w:t xml:space="preserve">, </w:t>
      </w:r>
      <w:proofErr w:type="spellStart"/>
      <w:r w:rsidRPr="00B83447">
        <w:rPr>
          <w:rFonts w:ascii="Arial" w:hAnsi="Arial" w:cs="Arial"/>
        </w:rPr>
        <w:t>mediante</w:t>
      </w:r>
      <w:proofErr w:type="spellEnd"/>
      <w:r w:rsidRPr="00B83447">
        <w:rPr>
          <w:rFonts w:ascii="Arial" w:hAnsi="Arial" w:cs="Arial"/>
        </w:rPr>
        <w:t xml:space="preserve"> visto </w:t>
      </w:r>
      <w:proofErr w:type="spellStart"/>
      <w:r w:rsidRPr="00B83447">
        <w:rPr>
          <w:rFonts w:ascii="Arial" w:hAnsi="Arial" w:cs="Arial"/>
        </w:rPr>
        <w:t>temporário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ou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autorização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residência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válidos</w:t>
      </w:r>
      <w:proofErr w:type="spellEnd"/>
      <w:r w:rsidRPr="00B83447">
        <w:rPr>
          <w:rFonts w:ascii="Arial" w:hAnsi="Arial" w:cs="Arial"/>
        </w:rPr>
        <w:t xml:space="preserve"> e </w:t>
      </w:r>
      <w:proofErr w:type="spellStart"/>
      <w:r w:rsidRPr="00B83447">
        <w:rPr>
          <w:rFonts w:ascii="Arial" w:hAnsi="Arial" w:cs="Arial"/>
        </w:rPr>
        <w:t>compatíveis</w:t>
      </w:r>
      <w:proofErr w:type="spellEnd"/>
      <w:r w:rsidRPr="00B83447">
        <w:rPr>
          <w:rFonts w:ascii="Arial" w:hAnsi="Arial" w:cs="Arial"/>
        </w:rPr>
        <w:t xml:space="preserve"> com o </w:t>
      </w:r>
      <w:proofErr w:type="spellStart"/>
      <w:r w:rsidRPr="00B83447">
        <w:rPr>
          <w:rFonts w:ascii="Arial" w:hAnsi="Arial" w:cs="Arial"/>
        </w:rPr>
        <w:t>desenvolvimento</w:t>
      </w:r>
      <w:proofErr w:type="spellEnd"/>
      <w:r w:rsidRPr="00B83447">
        <w:rPr>
          <w:rFonts w:ascii="Arial" w:hAnsi="Arial" w:cs="Arial"/>
        </w:rPr>
        <w:t xml:space="preserve"> das </w:t>
      </w:r>
      <w:proofErr w:type="spellStart"/>
      <w:r w:rsidRPr="00B83447">
        <w:rPr>
          <w:rFonts w:ascii="Arial" w:hAnsi="Arial" w:cs="Arial"/>
        </w:rPr>
        <w:t>atividades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pesquisa</w:t>
      </w:r>
      <w:proofErr w:type="spellEnd"/>
      <w:r w:rsidRPr="00B83447">
        <w:rPr>
          <w:rFonts w:ascii="Arial" w:hAnsi="Arial" w:cs="Arial"/>
        </w:rPr>
        <w:t xml:space="preserve">, </w:t>
      </w:r>
      <w:proofErr w:type="spellStart"/>
      <w:r w:rsidRPr="00B83447">
        <w:rPr>
          <w:rFonts w:ascii="Arial" w:hAnsi="Arial" w:cs="Arial"/>
        </w:rPr>
        <w:t>nos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termos</w:t>
      </w:r>
      <w:proofErr w:type="spellEnd"/>
      <w:r w:rsidRPr="00B83447">
        <w:rPr>
          <w:rFonts w:ascii="Arial" w:hAnsi="Arial" w:cs="Arial"/>
        </w:rPr>
        <w:t xml:space="preserve"> da Lei Federal nº 13.445, de 24 de </w:t>
      </w:r>
      <w:proofErr w:type="spellStart"/>
      <w:r w:rsidRPr="00B83447">
        <w:rPr>
          <w:rFonts w:ascii="Arial" w:hAnsi="Arial" w:cs="Arial"/>
        </w:rPr>
        <w:t>maio</w:t>
      </w:r>
      <w:proofErr w:type="spellEnd"/>
      <w:r w:rsidRPr="00B83447">
        <w:rPr>
          <w:rFonts w:ascii="Arial" w:hAnsi="Arial" w:cs="Arial"/>
        </w:rPr>
        <w:t xml:space="preserve"> de 2017, </w:t>
      </w:r>
      <w:proofErr w:type="spellStart"/>
      <w:r w:rsidRPr="00B83447">
        <w:rPr>
          <w:rFonts w:ascii="Arial" w:hAnsi="Arial" w:cs="Arial"/>
        </w:rPr>
        <w:t>e</w:t>
      </w:r>
      <w:proofErr w:type="spellEnd"/>
      <w:r w:rsidRPr="00B83447">
        <w:rPr>
          <w:rFonts w:ascii="Arial" w:hAnsi="Arial" w:cs="Arial"/>
        </w:rPr>
        <w:t xml:space="preserve"> do </w:t>
      </w:r>
      <w:proofErr w:type="spellStart"/>
      <w:r w:rsidRPr="00B83447">
        <w:rPr>
          <w:rFonts w:ascii="Arial" w:hAnsi="Arial" w:cs="Arial"/>
        </w:rPr>
        <w:t>Decreto</w:t>
      </w:r>
      <w:proofErr w:type="spellEnd"/>
      <w:r w:rsidRPr="00B83447">
        <w:rPr>
          <w:rFonts w:ascii="Arial" w:hAnsi="Arial" w:cs="Arial"/>
        </w:rPr>
        <w:t xml:space="preserve"> Federal nº 9.199, de 20 de </w:t>
      </w:r>
      <w:proofErr w:type="spellStart"/>
      <w:r w:rsidRPr="00B83447">
        <w:rPr>
          <w:rFonts w:ascii="Arial" w:hAnsi="Arial" w:cs="Arial"/>
        </w:rPr>
        <w:t>novembro</w:t>
      </w:r>
      <w:proofErr w:type="spellEnd"/>
      <w:r w:rsidRPr="00B83447">
        <w:rPr>
          <w:rFonts w:ascii="Arial" w:hAnsi="Arial" w:cs="Arial"/>
        </w:rPr>
        <w:t xml:space="preserve"> de 2017, </w:t>
      </w:r>
      <w:proofErr w:type="spellStart"/>
      <w:r w:rsidRPr="00B83447">
        <w:rPr>
          <w:rFonts w:ascii="Arial" w:hAnsi="Arial" w:cs="Arial"/>
        </w:rPr>
        <w:t>devendo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manter</w:t>
      </w:r>
      <w:proofErr w:type="spellEnd"/>
      <w:r w:rsidRPr="00B83447">
        <w:rPr>
          <w:rFonts w:ascii="Arial" w:hAnsi="Arial" w:cs="Arial"/>
        </w:rPr>
        <w:t xml:space="preserve"> a </w:t>
      </w:r>
      <w:proofErr w:type="spellStart"/>
      <w:r w:rsidRPr="00B83447">
        <w:rPr>
          <w:rFonts w:ascii="Arial" w:hAnsi="Arial" w:cs="Arial"/>
        </w:rPr>
        <w:t>regularidade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migratória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durante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toda</w:t>
      </w:r>
      <w:proofErr w:type="spellEnd"/>
      <w:r w:rsidRPr="00B83447">
        <w:rPr>
          <w:rFonts w:ascii="Arial" w:hAnsi="Arial" w:cs="Arial"/>
        </w:rPr>
        <w:t xml:space="preserve"> a </w:t>
      </w:r>
      <w:proofErr w:type="spellStart"/>
      <w:r w:rsidRPr="00B83447">
        <w:rPr>
          <w:rFonts w:ascii="Arial" w:hAnsi="Arial" w:cs="Arial"/>
        </w:rPr>
        <w:t>vigência</w:t>
      </w:r>
      <w:proofErr w:type="spellEnd"/>
      <w:r w:rsidRPr="00B83447">
        <w:rPr>
          <w:rFonts w:ascii="Arial" w:hAnsi="Arial" w:cs="Arial"/>
        </w:rPr>
        <w:t xml:space="preserve"> da </w:t>
      </w:r>
      <w:proofErr w:type="spellStart"/>
      <w:r w:rsidRPr="00B83447">
        <w:rPr>
          <w:rFonts w:ascii="Arial" w:hAnsi="Arial" w:cs="Arial"/>
        </w:rPr>
        <w:t>bolsa</w:t>
      </w:r>
      <w:proofErr w:type="spellEnd"/>
      <w:r w:rsidRPr="00B83447">
        <w:rPr>
          <w:rFonts w:ascii="Arial" w:hAnsi="Arial" w:cs="Arial"/>
        </w:rPr>
        <w:t>;</w:t>
      </w:r>
    </w:p>
    <w:p w14:paraId="002A9083" w14:textId="77777777" w:rsidR="00E72D8E" w:rsidRPr="00B83447" w:rsidRDefault="00000000">
      <w:pPr>
        <w:spacing w:before="200" w:after="100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>2. DA ALTERAÇÃO DO CRITÉRIO E DO ITEM 8.1</w:t>
      </w:r>
    </w:p>
    <w:p w14:paraId="7BF6A31D" w14:textId="77777777" w:rsidR="00E72D8E" w:rsidRPr="00B83447" w:rsidRDefault="00000000">
      <w:pPr>
        <w:spacing w:before="60" w:after="40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 xml:space="preserve">Onde se </w:t>
      </w:r>
      <w:proofErr w:type="spellStart"/>
      <w:r w:rsidRPr="00B83447">
        <w:rPr>
          <w:rFonts w:ascii="Arial" w:hAnsi="Arial" w:cs="Arial"/>
          <w:b/>
        </w:rPr>
        <w:t>lê</w:t>
      </w:r>
      <w:proofErr w:type="spellEnd"/>
      <w:r w:rsidRPr="00B83447">
        <w:rPr>
          <w:rFonts w:ascii="Arial" w:hAnsi="Arial" w:cs="Arial"/>
          <w:b/>
        </w:rPr>
        <w:t>:</w:t>
      </w:r>
    </w:p>
    <w:p w14:paraId="3FDC9236" w14:textId="77777777" w:rsidR="00E72D8E" w:rsidRPr="00B83447" w:rsidRDefault="00000000">
      <w:pPr>
        <w:spacing w:after="100" w:line="264" w:lineRule="auto"/>
        <w:ind w:left="403" w:right="115"/>
        <w:jc w:val="both"/>
        <w:rPr>
          <w:rFonts w:ascii="Arial" w:hAnsi="Arial" w:cs="Arial"/>
        </w:rPr>
      </w:pPr>
      <w:r w:rsidRPr="00B83447">
        <w:rPr>
          <w:rFonts w:ascii="Arial" w:hAnsi="Arial" w:cs="Arial"/>
        </w:rPr>
        <w:t xml:space="preserve">E – </w:t>
      </w:r>
      <w:proofErr w:type="spellStart"/>
      <w:r w:rsidRPr="00B83447">
        <w:rPr>
          <w:rFonts w:ascii="Arial" w:hAnsi="Arial" w:cs="Arial"/>
        </w:rPr>
        <w:t>Experiência</w:t>
      </w:r>
      <w:proofErr w:type="spellEnd"/>
      <w:r w:rsidRPr="00B83447">
        <w:rPr>
          <w:rFonts w:ascii="Arial" w:hAnsi="Arial" w:cs="Arial"/>
        </w:rPr>
        <w:t xml:space="preserve"> do(a) </w:t>
      </w:r>
      <w:proofErr w:type="spellStart"/>
      <w:r w:rsidRPr="00B83447">
        <w:rPr>
          <w:rFonts w:ascii="Arial" w:hAnsi="Arial" w:cs="Arial"/>
        </w:rPr>
        <w:t>candidato</w:t>
      </w:r>
      <w:proofErr w:type="spellEnd"/>
      <w:r w:rsidRPr="00B83447">
        <w:rPr>
          <w:rFonts w:ascii="Arial" w:hAnsi="Arial" w:cs="Arial"/>
        </w:rPr>
        <w:t xml:space="preserve">(a) à Bolsa </w:t>
      </w:r>
      <w:proofErr w:type="spellStart"/>
      <w:r w:rsidRPr="00B83447">
        <w:rPr>
          <w:rFonts w:ascii="Arial" w:hAnsi="Arial" w:cs="Arial"/>
        </w:rPr>
        <w:t>Conhecimento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Brasil</w:t>
      </w:r>
      <w:proofErr w:type="spellEnd"/>
      <w:r w:rsidRPr="00B83447">
        <w:rPr>
          <w:rFonts w:ascii="Arial" w:hAnsi="Arial" w:cs="Arial"/>
        </w:rPr>
        <w:t xml:space="preserve"> – BCB-1 no </w:t>
      </w:r>
      <w:proofErr w:type="spellStart"/>
      <w:r w:rsidRPr="00B83447">
        <w:rPr>
          <w:rFonts w:ascii="Arial" w:hAnsi="Arial" w:cs="Arial"/>
        </w:rPr>
        <w:t>desenvolvimento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projetos</w:t>
      </w:r>
      <w:proofErr w:type="spellEnd"/>
      <w:r w:rsidRPr="00B83447">
        <w:rPr>
          <w:rFonts w:ascii="Arial" w:hAnsi="Arial" w:cs="Arial"/>
        </w:rPr>
        <w:t xml:space="preserve"> de P,D&amp;I e </w:t>
      </w:r>
      <w:proofErr w:type="spellStart"/>
      <w:r w:rsidRPr="00B83447">
        <w:rPr>
          <w:rFonts w:ascii="Arial" w:hAnsi="Arial" w:cs="Arial"/>
        </w:rPr>
        <w:t>sua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produção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científica</w:t>
      </w:r>
      <w:proofErr w:type="spellEnd"/>
      <w:r w:rsidRPr="00B83447">
        <w:rPr>
          <w:rFonts w:ascii="Arial" w:hAnsi="Arial" w:cs="Arial"/>
        </w:rPr>
        <w:t xml:space="preserve">, </w:t>
      </w:r>
      <w:proofErr w:type="spellStart"/>
      <w:r w:rsidRPr="00B83447">
        <w:rPr>
          <w:rFonts w:ascii="Arial" w:hAnsi="Arial" w:cs="Arial"/>
        </w:rPr>
        <w:t>tecnológica</w:t>
      </w:r>
      <w:proofErr w:type="spellEnd"/>
      <w:r w:rsidRPr="00B83447">
        <w:rPr>
          <w:rFonts w:ascii="Arial" w:hAnsi="Arial" w:cs="Arial"/>
        </w:rPr>
        <w:t xml:space="preserve"> e de </w:t>
      </w:r>
      <w:proofErr w:type="spellStart"/>
      <w:r w:rsidRPr="00B83447">
        <w:rPr>
          <w:rFonts w:ascii="Arial" w:hAnsi="Arial" w:cs="Arial"/>
        </w:rPr>
        <w:t>inovação</w:t>
      </w:r>
      <w:proofErr w:type="spellEnd"/>
      <w:r w:rsidRPr="00B83447">
        <w:rPr>
          <w:rFonts w:ascii="Arial" w:hAnsi="Arial" w:cs="Arial"/>
        </w:rPr>
        <w:t>.</w:t>
      </w:r>
    </w:p>
    <w:p w14:paraId="0BE20174" w14:textId="77777777" w:rsidR="00E72D8E" w:rsidRPr="00B83447" w:rsidRDefault="00000000">
      <w:pPr>
        <w:spacing w:before="60" w:after="40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>Leia-se:</w:t>
      </w:r>
    </w:p>
    <w:p w14:paraId="785E7ED4" w14:textId="77777777" w:rsidR="00E72D8E" w:rsidRPr="00B83447" w:rsidRDefault="00000000">
      <w:pPr>
        <w:spacing w:after="100" w:line="264" w:lineRule="auto"/>
        <w:ind w:left="403" w:right="115"/>
        <w:jc w:val="both"/>
        <w:rPr>
          <w:rFonts w:ascii="Arial" w:hAnsi="Arial" w:cs="Arial"/>
        </w:rPr>
      </w:pPr>
      <w:r w:rsidRPr="00B83447">
        <w:rPr>
          <w:rFonts w:ascii="Arial" w:hAnsi="Arial" w:cs="Arial"/>
        </w:rPr>
        <w:t xml:space="preserve">E – </w:t>
      </w:r>
      <w:proofErr w:type="spellStart"/>
      <w:r w:rsidRPr="00B83447">
        <w:rPr>
          <w:rFonts w:ascii="Arial" w:hAnsi="Arial" w:cs="Arial"/>
        </w:rPr>
        <w:t>Experiência</w:t>
      </w:r>
      <w:proofErr w:type="spellEnd"/>
      <w:r w:rsidRPr="00B83447">
        <w:rPr>
          <w:rFonts w:ascii="Arial" w:hAnsi="Arial" w:cs="Arial"/>
        </w:rPr>
        <w:t xml:space="preserve"> do(a) </w:t>
      </w:r>
      <w:proofErr w:type="spellStart"/>
      <w:r w:rsidRPr="00B83447">
        <w:rPr>
          <w:rFonts w:ascii="Arial" w:hAnsi="Arial" w:cs="Arial"/>
        </w:rPr>
        <w:t>candidato</w:t>
      </w:r>
      <w:proofErr w:type="spellEnd"/>
      <w:r w:rsidRPr="00B83447">
        <w:rPr>
          <w:rFonts w:ascii="Arial" w:hAnsi="Arial" w:cs="Arial"/>
        </w:rPr>
        <w:t xml:space="preserve">(a) à Bolsa </w:t>
      </w:r>
      <w:proofErr w:type="spellStart"/>
      <w:r w:rsidRPr="00B83447">
        <w:rPr>
          <w:rFonts w:ascii="Arial" w:hAnsi="Arial" w:cs="Arial"/>
        </w:rPr>
        <w:t>Conhecimento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Brasil</w:t>
      </w:r>
      <w:proofErr w:type="spellEnd"/>
      <w:r w:rsidRPr="00B83447">
        <w:rPr>
          <w:rFonts w:ascii="Arial" w:hAnsi="Arial" w:cs="Arial"/>
        </w:rPr>
        <w:t xml:space="preserve"> – BCB-1 no </w:t>
      </w:r>
      <w:proofErr w:type="spellStart"/>
      <w:r w:rsidRPr="00B83447">
        <w:rPr>
          <w:rFonts w:ascii="Arial" w:hAnsi="Arial" w:cs="Arial"/>
        </w:rPr>
        <w:t>desenvolvimento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projetos</w:t>
      </w:r>
      <w:proofErr w:type="spellEnd"/>
      <w:r w:rsidRPr="00B83447">
        <w:rPr>
          <w:rFonts w:ascii="Arial" w:hAnsi="Arial" w:cs="Arial"/>
        </w:rPr>
        <w:t xml:space="preserve"> de P,D&amp;I e </w:t>
      </w:r>
      <w:proofErr w:type="spellStart"/>
      <w:r w:rsidRPr="00B83447">
        <w:rPr>
          <w:rFonts w:ascii="Arial" w:hAnsi="Arial" w:cs="Arial"/>
        </w:rPr>
        <w:t>sua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produção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natureza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científica</w:t>
      </w:r>
      <w:proofErr w:type="spellEnd"/>
      <w:r w:rsidRPr="00B83447">
        <w:rPr>
          <w:rFonts w:ascii="Arial" w:hAnsi="Arial" w:cs="Arial"/>
        </w:rPr>
        <w:t xml:space="preserve">, </w:t>
      </w:r>
      <w:proofErr w:type="spellStart"/>
      <w:r w:rsidRPr="00B83447">
        <w:rPr>
          <w:rFonts w:ascii="Arial" w:hAnsi="Arial" w:cs="Arial"/>
        </w:rPr>
        <w:t>tecnológica</w:t>
      </w:r>
      <w:proofErr w:type="spellEnd"/>
      <w:r w:rsidRPr="00B83447">
        <w:rPr>
          <w:rFonts w:ascii="Arial" w:hAnsi="Arial" w:cs="Arial"/>
        </w:rPr>
        <w:t xml:space="preserve"> e de </w:t>
      </w:r>
      <w:proofErr w:type="spellStart"/>
      <w:r w:rsidRPr="00B83447">
        <w:rPr>
          <w:rFonts w:ascii="Arial" w:hAnsi="Arial" w:cs="Arial"/>
        </w:rPr>
        <w:t>inovação</w:t>
      </w:r>
      <w:proofErr w:type="spellEnd"/>
      <w:r w:rsidRPr="00B83447">
        <w:rPr>
          <w:rFonts w:ascii="Arial" w:hAnsi="Arial" w:cs="Arial"/>
        </w:rPr>
        <w:t xml:space="preserve">, </w:t>
      </w:r>
      <w:proofErr w:type="spellStart"/>
      <w:r w:rsidRPr="00B83447">
        <w:rPr>
          <w:rFonts w:ascii="Arial" w:hAnsi="Arial" w:cs="Arial"/>
        </w:rPr>
        <w:t>considerando</w:t>
      </w:r>
      <w:proofErr w:type="spellEnd"/>
      <w:r w:rsidRPr="00B83447">
        <w:rPr>
          <w:rFonts w:ascii="Arial" w:hAnsi="Arial" w:cs="Arial"/>
        </w:rPr>
        <w:t xml:space="preserve"> o </w:t>
      </w:r>
      <w:proofErr w:type="spellStart"/>
      <w:r w:rsidRPr="00B83447">
        <w:rPr>
          <w:rFonts w:ascii="Arial" w:hAnsi="Arial" w:cs="Arial"/>
        </w:rPr>
        <w:t>período</w:t>
      </w:r>
      <w:proofErr w:type="spellEnd"/>
      <w:r w:rsidRPr="00B83447">
        <w:rPr>
          <w:rFonts w:ascii="Arial" w:hAnsi="Arial" w:cs="Arial"/>
        </w:rPr>
        <w:t xml:space="preserve"> a </w:t>
      </w:r>
      <w:proofErr w:type="spellStart"/>
      <w:r w:rsidRPr="00B83447">
        <w:rPr>
          <w:rFonts w:ascii="Arial" w:hAnsi="Arial" w:cs="Arial"/>
        </w:rPr>
        <w:t>partir</w:t>
      </w:r>
      <w:proofErr w:type="spellEnd"/>
      <w:r w:rsidRPr="00B83447">
        <w:rPr>
          <w:rFonts w:ascii="Arial" w:hAnsi="Arial" w:cs="Arial"/>
        </w:rPr>
        <w:t xml:space="preserve"> de 01/01/2016.</w:t>
      </w:r>
    </w:p>
    <w:p w14:paraId="5C3473FD" w14:textId="77777777" w:rsidR="00E72D8E" w:rsidRPr="00B83447" w:rsidRDefault="00000000">
      <w:pPr>
        <w:spacing w:after="100"/>
        <w:jc w:val="both"/>
        <w:rPr>
          <w:rFonts w:ascii="Arial" w:hAnsi="Arial" w:cs="Arial"/>
        </w:rPr>
      </w:pPr>
      <w:r w:rsidRPr="00B83447">
        <w:rPr>
          <w:rFonts w:ascii="Arial" w:hAnsi="Arial" w:cs="Arial"/>
        </w:rPr>
        <w:t xml:space="preserve">Permanecem </w:t>
      </w:r>
      <w:proofErr w:type="spellStart"/>
      <w:r w:rsidRPr="00B83447">
        <w:rPr>
          <w:rFonts w:ascii="Arial" w:hAnsi="Arial" w:cs="Arial"/>
        </w:rPr>
        <w:t>inalterados</w:t>
      </w:r>
      <w:proofErr w:type="spellEnd"/>
      <w:r w:rsidRPr="00B83447">
        <w:rPr>
          <w:rFonts w:ascii="Arial" w:hAnsi="Arial" w:cs="Arial"/>
        </w:rPr>
        <w:t xml:space="preserve"> o peso 3,0 e a </w:t>
      </w:r>
      <w:proofErr w:type="spellStart"/>
      <w:r w:rsidRPr="00B83447">
        <w:rPr>
          <w:rFonts w:ascii="Arial" w:hAnsi="Arial" w:cs="Arial"/>
        </w:rPr>
        <w:t>faixa</w:t>
      </w:r>
      <w:proofErr w:type="spellEnd"/>
      <w:r w:rsidRPr="00B83447">
        <w:rPr>
          <w:rFonts w:ascii="Arial" w:hAnsi="Arial" w:cs="Arial"/>
        </w:rPr>
        <w:t xml:space="preserve"> de nota de 0 a 10 </w:t>
      </w:r>
      <w:proofErr w:type="spellStart"/>
      <w:r w:rsidRPr="00B83447">
        <w:rPr>
          <w:rFonts w:ascii="Arial" w:hAnsi="Arial" w:cs="Arial"/>
        </w:rPr>
        <w:t>atribuídos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critério</w:t>
      </w:r>
      <w:proofErr w:type="spellEnd"/>
      <w:r w:rsidRPr="00B83447">
        <w:rPr>
          <w:rFonts w:ascii="Arial" w:hAnsi="Arial" w:cs="Arial"/>
        </w:rPr>
        <w:t xml:space="preserve"> E.</w:t>
      </w:r>
    </w:p>
    <w:p w14:paraId="63529D2E" w14:textId="77777777" w:rsidR="00E72D8E" w:rsidRPr="00B83447" w:rsidRDefault="00000000">
      <w:pPr>
        <w:spacing w:before="200" w:after="100"/>
        <w:rPr>
          <w:rFonts w:ascii="Arial" w:hAnsi="Arial" w:cs="Arial"/>
          <w:color w:val="1F497D" w:themeColor="text2"/>
        </w:rPr>
      </w:pPr>
      <w:r w:rsidRPr="00B83447">
        <w:rPr>
          <w:rFonts w:ascii="Arial" w:hAnsi="Arial" w:cs="Arial"/>
          <w:b/>
          <w:color w:val="1F497D" w:themeColor="text2"/>
        </w:rPr>
        <w:t>3. DA INCLUSÃO DOS ITENS 8.1.1 E 8.1.2</w:t>
      </w:r>
    </w:p>
    <w:p w14:paraId="6907C5C5" w14:textId="77777777" w:rsidR="00B83447" w:rsidRDefault="00000000">
      <w:pPr>
        <w:spacing w:after="100"/>
        <w:jc w:val="both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 xml:space="preserve">8.1.1. </w:t>
      </w:r>
      <w:r w:rsidRPr="00B83447">
        <w:rPr>
          <w:rFonts w:ascii="Arial" w:hAnsi="Arial" w:cs="Arial"/>
        </w:rPr>
        <w:t xml:space="preserve">Para fins de </w:t>
      </w:r>
      <w:proofErr w:type="spellStart"/>
      <w:r w:rsidRPr="00B83447">
        <w:rPr>
          <w:rFonts w:ascii="Arial" w:hAnsi="Arial" w:cs="Arial"/>
        </w:rPr>
        <w:t>atribuição</w:t>
      </w:r>
      <w:proofErr w:type="spellEnd"/>
      <w:r w:rsidRPr="00B83447">
        <w:rPr>
          <w:rFonts w:ascii="Arial" w:hAnsi="Arial" w:cs="Arial"/>
        </w:rPr>
        <w:t xml:space="preserve"> das </w:t>
      </w:r>
      <w:proofErr w:type="spellStart"/>
      <w:r w:rsidRPr="00B83447">
        <w:rPr>
          <w:rFonts w:ascii="Arial" w:hAnsi="Arial" w:cs="Arial"/>
        </w:rPr>
        <w:t>notas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correspondentes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aos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critérios</w:t>
      </w:r>
      <w:proofErr w:type="spellEnd"/>
      <w:r w:rsidRPr="00B83447">
        <w:rPr>
          <w:rFonts w:ascii="Arial" w:hAnsi="Arial" w:cs="Arial"/>
        </w:rPr>
        <w:t xml:space="preserve"> D e </w:t>
      </w:r>
      <w:proofErr w:type="spellStart"/>
      <w:r w:rsidRPr="00B83447">
        <w:rPr>
          <w:rFonts w:ascii="Arial" w:hAnsi="Arial" w:cs="Arial"/>
        </w:rPr>
        <w:t>E</w:t>
      </w:r>
      <w:proofErr w:type="spellEnd"/>
      <w:r w:rsidRPr="00B83447">
        <w:rPr>
          <w:rFonts w:ascii="Arial" w:hAnsi="Arial" w:cs="Arial"/>
        </w:rPr>
        <w:t xml:space="preserve">, a </w:t>
      </w:r>
      <w:proofErr w:type="spellStart"/>
      <w:r w:rsidRPr="00B83447">
        <w:rPr>
          <w:rFonts w:ascii="Arial" w:hAnsi="Arial" w:cs="Arial"/>
        </w:rPr>
        <w:t>avaliação</w:t>
      </w:r>
      <w:proofErr w:type="spellEnd"/>
      <w:r w:rsidRPr="00B83447">
        <w:rPr>
          <w:rFonts w:ascii="Arial" w:hAnsi="Arial" w:cs="Arial"/>
        </w:rPr>
        <w:t xml:space="preserve"> da </w:t>
      </w:r>
      <w:proofErr w:type="spellStart"/>
      <w:r w:rsidRPr="00B83447">
        <w:rPr>
          <w:rFonts w:ascii="Arial" w:hAnsi="Arial" w:cs="Arial"/>
        </w:rPr>
        <w:t>experiência</w:t>
      </w:r>
      <w:proofErr w:type="spellEnd"/>
      <w:r w:rsidRPr="00B83447">
        <w:rPr>
          <w:rFonts w:ascii="Arial" w:hAnsi="Arial" w:cs="Arial"/>
        </w:rPr>
        <w:t xml:space="preserve"> e da </w:t>
      </w:r>
      <w:proofErr w:type="spellStart"/>
      <w:r w:rsidRPr="00B83447">
        <w:rPr>
          <w:rFonts w:ascii="Arial" w:hAnsi="Arial" w:cs="Arial"/>
        </w:rPr>
        <w:t>produção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científica</w:t>
      </w:r>
      <w:proofErr w:type="spellEnd"/>
      <w:r w:rsidRPr="00B83447">
        <w:rPr>
          <w:rFonts w:ascii="Arial" w:hAnsi="Arial" w:cs="Arial"/>
        </w:rPr>
        <w:t xml:space="preserve">, </w:t>
      </w:r>
      <w:proofErr w:type="spellStart"/>
      <w:r w:rsidRPr="00B83447">
        <w:rPr>
          <w:rFonts w:ascii="Arial" w:hAnsi="Arial" w:cs="Arial"/>
        </w:rPr>
        <w:t>tecnológica</w:t>
      </w:r>
      <w:proofErr w:type="spellEnd"/>
      <w:r w:rsidRPr="00B83447">
        <w:rPr>
          <w:rFonts w:ascii="Arial" w:hAnsi="Arial" w:cs="Arial"/>
        </w:rPr>
        <w:t xml:space="preserve">, de </w:t>
      </w:r>
      <w:proofErr w:type="spellStart"/>
      <w:r w:rsidRPr="00B83447">
        <w:rPr>
          <w:rFonts w:ascii="Arial" w:hAnsi="Arial" w:cs="Arial"/>
        </w:rPr>
        <w:t>inovação</w:t>
      </w:r>
      <w:proofErr w:type="spellEnd"/>
      <w:r w:rsidRPr="00B83447">
        <w:rPr>
          <w:rFonts w:ascii="Arial" w:hAnsi="Arial" w:cs="Arial"/>
        </w:rPr>
        <w:t xml:space="preserve"> e de </w:t>
      </w:r>
      <w:proofErr w:type="spellStart"/>
      <w:r w:rsidRPr="00B83447">
        <w:rPr>
          <w:rFonts w:ascii="Arial" w:hAnsi="Arial" w:cs="Arial"/>
        </w:rPr>
        <w:t>formação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recursos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humanos</w:t>
      </w:r>
      <w:proofErr w:type="spellEnd"/>
      <w:r w:rsidRPr="00B83447">
        <w:rPr>
          <w:rFonts w:ascii="Arial" w:hAnsi="Arial" w:cs="Arial"/>
        </w:rPr>
        <w:t xml:space="preserve"> do(a) </w:t>
      </w:r>
      <w:proofErr w:type="spellStart"/>
      <w:r w:rsidRPr="00B83447">
        <w:rPr>
          <w:rFonts w:ascii="Arial" w:hAnsi="Arial" w:cs="Arial"/>
        </w:rPr>
        <w:t>proponente</w:t>
      </w:r>
      <w:proofErr w:type="spellEnd"/>
      <w:r w:rsidRPr="00B83447">
        <w:rPr>
          <w:rFonts w:ascii="Arial" w:hAnsi="Arial" w:cs="Arial"/>
        </w:rPr>
        <w:t>/</w:t>
      </w:r>
      <w:proofErr w:type="spellStart"/>
      <w:r w:rsidRPr="00B83447">
        <w:rPr>
          <w:rFonts w:ascii="Arial" w:hAnsi="Arial" w:cs="Arial"/>
        </w:rPr>
        <w:t>coordenador</w:t>
      </w:r>
      <w:proofErr w:type="spellEnd"/>
      <w:r w:rsidRPr="00B83447">
        <w:rPr>
          <w:rFonts w:ascii="Arial" w:hAnsi="Arial" w:cs="Arial"/>
        </w:rPr>
        <w:t xml:space="preserve">(a) e do(a) </w:t>
      </w:r>
      <w:proofErr w:type="spellStart"/>
      <w:r w:rsidRPr="00B83447">
        <w:rPr>
          <w:rFonts w:ascii="Arial" w:hAnsi="Arial" w:cs="Arial"/>
        </w:rPr>
        <w:t>candidato</w:t>
      </w:r>
      <w:proofErr w:type="spellEnd"/>
      <w:r w:rsidRPr="00B83447">
        <w:rPr>
          <w:rFonts w:ascii="Arial" w:hAnsi="Arial" w:cs="Arial"/>
        </w:rPr>
        <w:t xml:space="preserve">(a) à Bolsa </w:t>
      </w:r>
      <w:proofErr w:type="spellStart"/>
      <w:r w:rsidRPr="00B83447">
        <w:rPr>
          <w:rFonts w:ascii="Arial" w:hAnsi="Arial" w:cs="Arial"/>
        </w:rPr>
        <w:t>Conhecimento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Brasil</w:t>
      </w:r>
      <w:proofErr w:type="spellEnd"/>
      <w:r w:rsidRPr="00B83447">
        <w:rPr>
          <w:rFonts w:ascii="Arial" w:hAnsi="Arial" w:cs="Arial"/>
        </w:rPr>
        <w:t xml:space="preserve"> – BCB-1 </w:t>
      </w:r>
      <w:proofErr w:type="spellStart"/>
      <w:r w:rsidRPr="00B83447">
        <w:rPr>
          <w:rFonts w:ascii="Arial" w:hAnsi="Arial" w:cs="Arial"/>
        </w:rPr>
        <w:t>será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realizada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acordo</w:t>
      </w:r>
      <w:proofErr w:type="spellEnd"/>
      <w:r w:rsidRPr="00B83447">
        <w:rPr>
          <w:rFonts w:ascii="Arial" w:hAnsi="Arial" w:cs="Arial"/>
        </w:rPr>
        <w:t xml:space="preserve"> com </w:t>
      </w:r>
      <w:proofErr w:type="spellStart"/>
      <w:r w:rsidRPr="00B83447">
        <w:rPr>
          <w:rFonts w:ascii="Arial" w:hAnsi="Arial" w:cs="Arial"/>
        </w:rPr>
        <w:t>os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parâmetros</w:t>
      </w:r>
      <w:proofErr w:type="spellEnd"/>
      <w:r w:rsidRPr="00B83447">
        <w:rPr>
          <w:rFonts w:ascii="Arial" w:hAnsi="Arial" w:cs="Arial"/>
        </w:rPr>
        <w:t xml:space="preserve"> e a </w:t>
      </w:r>
      <w:proofErr w:type="spellStart"/>
      <w:r w:rsidRPr="00B83447">
        <w:rPr>
          <w:rFonts w:ascii="Arial" w:hAnsi="Arial" w:cs="Arial"/>
        </w:rPr>
        <w:t>sistemática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pontuação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estabelecidos</w:t>
      </w:r>
      <w:proofErr w:type="spellEnd"/>
      <w:r w:rsidRPr="00B83447">
        <w:rPr>
          <w:rFonts w:ascii="Arial" w:hAnsi="Arial" w:cs="Arial"/>
        </w:rPr>
        <w:t xml:space="preserve"> </w:t>
      </w:r>
      <w:r w:rsidRPr="00B83447">
        <w:rPr>
          <w:rFonts w:ascii="Arial" w:hAnsi="Arial" w:cs="Arial"/>
        </w:rPr>
        <w:lastRenderedPageBreak/>
        <w:t xml:space="preserve">no Anexo II – Planilha de </w:t>
      </w:r>
      <w:proofErr w:type="spellStart"/>
      <w:r w:rsidRPr="00B83447">
        <w:rPr>
          <w:rFonts w:ascii="Arial" w:hAnsi="Arial" w:cs="Arial"/>
        </w:rPr>
        <w:t>Avaliação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Currículo</w:t>
      </w:r>
      <w:proofErr w:type="spellEnd"/>
      <w:r w:rsidRPr="00B83447">
        <w:rPr>
          <w:rFonts w:ascii="Arial" w:hAnsi="Arial" w:cs="Arial"/>
        </w:rPr>
        <w:t xml:space="preserve"> do </w:t>
      </w:r>
      <w:proofErr w:type="spellStart"/>
      <w:r w:rsidRPr="00B83447">
        <w:rPr>
          <w:rFonts w:ascii="Arial" w:hAnsi="Arial" w:cs="Arial"/>
        </w:rPr>
        <w:t>Edital</w:t>
      </w:r>
      <w:proofErr w:type="spellEnd"/>
      <w:r w:rsidRPr="00B83447">
        <w:rPr>
          <w:rFonts w:ascii="Arial" w:hAnsi="Arial" w:cs="Arial"/>
        </w:rPr>
        <w:t xml:space="preserve"> FAPERGS/</w:t>
      </w:r>
      <w:proofErr w:type="spellStart"/>
      <w:r w:rsidRPr="00B83447">
        <w:rPr>
          <w:rFonts w:ascii="Arial" w:hAnsi="Arial" w:cs="Arial"/>
        </w:rPr>
        <w:t>CNPq</w:t>
      </w:r>
      <w:proofErr w:type="spellEnd"/>
      <w:r w:rsidRPr="00B83447">
        <w:rPr>
          <w:rFonts w:ascii="Arial" w:hAnsi="Arial" w:cs="Arial"/>
        </w:rPr>
        <w:t>/CAPES nº 06/2026 – PROFIX-CB.</w:t>
      </w:r>
    </w:p>
    <w:p w14:paraId="7EFCFEB9" w14:textId="1A69D471" w:rsidR="00E72D8E" w:rsidRPr="00B83447" w:rsidRDefault="00000000">
      <w:pPr>
        <w:spacing w:after="100"/>
        <w:jc w:val="both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 xml:space="preserve">8.1.2. </w:t>
      </w:r>
      <w:r w:rsidRPr="00B83447">
        <w:rPr>
          <w:rFonts w:ascii="Arial" w:hAnsi="Arial" w:cs="Arial"/>
        </w:rPr>
        <w:t xml:space="preserve">Passa a </w:t>
      </w:r>
      <w:proofErr w:type="spellStart"/>
      <w:r w:rsidRPr="00B83447">
        <w:rPr>
          <w:rFonts w:ascii="Arial" w:hAnsi="Arial" w:cs="Arial"/>
        </w:rPr>
        <w:t>integrar</w:t>
      </w:r>
      <w:proofErr w:type="spellEnd"/>
      <w:r w:rsidRPr="00B83447">
        <w:rPr>
          <w:rFonts w:ascii="Arial" w:hAnsi="Arial" w:cs="Arial"/>
        </w:rPr>
        <w:t xml:space="preserve"> a </w:t>
      </w:r>
      <w:proofErr w:type="spellStart"/>
      <w:r w:rsidRPr="00B83447">
        <w:rPr>
          <w:rFonts w:ascii="Arial" w:hAnsi="Arial" w:cs="Arial"/>
        </w:rPr>
        <w:t>documentação</w:t>
      </w:r>
      <w:proofErr w:type="spellEnd"/>
      <w:r w:rsidRPr="00B83447">
        <w:rPr>
          <w:rFonts w:ascii="Arial" w:hAnsi="Arial" w:cs="Arial"/>
        </w:rPr>
        <w:t xml:space="preserve"> da </w:t>
      </w:r>
      <w:proofErr w:type="spellStart"/>
      <w:r w:rsidRPr="00B83447">
        <w:rPr>
          <w:rFonts w:ascii="Arial" w:hAnsi="Arial" w:cs="Arial"/>
        </w:rPr>
        <w:t>presente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Chamada</w:t>
      </w:r>
      <w:proofErr w:type="spellEnd"/>
      <w:r w:rsidRPr="00B83447">
        <w:rPr>
          <w:rFonts w:ascii="Arial" w:hAnsi="Arial" w:cs="Arial"/>
        </w:rPr>
        <w:t xml:space="preserve"> Interna, para fins de </w:t>
      </w:r>
      <w:proofErr w:type="spellStart"/>
      <w:r w:rsidRPr="00B83447">
        <w:rPr>
          <w:rFonts w:ascii="Arial" w:hAnsi="Arial" w:cs="Arial"/>
        </w:rPr>
        <w:t>avaliação</w:t>
      </w:r>
      <w:proofErr w:type="spellEnd"/>
      <w:r w:rsidRPr="00B83447">
        <w:rPr>
          <w:rFonts w:ascii="Arial" w:hAnsi="Arial" w:cs="Arial"/>
        </w:rPr>
        <w:t xml:space="preserve"> dos </w:t>
      </w:r>
      <w:proofErr w:type="spellStart"/>
      <w:r w:rsidRPr="00B83447">
        <w:rPr>
          <w:rFonts w:ascii="Arial" w:hAnsi="Arial" w:cs="Arial"/>
        </w:rPr>
        <w:t>critérios</w:t>
      </w:r>
      <w:proofErr w:type="spellEnd"/>
      <w:r w:rsidRPr="00B83447">
        <w:rPr>
          <w:rFonts w:ascii="Arial" w:hAnsi="Arial" w:cs="Arial"/>
        </w:rPr>
        <w:t xml:space="preserve"> D e </w:t>
      </w:r>
      <w:proofErr w:type="spellStart"/>
      <w:r w:rsidRPr="00B83447">
        <w:rPr>
          <w:rFonts w:ascii="Arial" w:hAnsi="Arial" w:cs="Arial"/>
        </w:rPr>
        <w:t>E</w:t>
      </w:r>
      <w:proofErr w:type="spellEnd"/>
      <w:r w:rsidRPr="00B83447">
        <w:rPr>
          <w:rFonts w:ascii="Arial" w:hAnsi="Arial" w:cs="Arial"/>
        </w:rPr>
        <w:t xml:space="preserve">, o Anexo II – Planilha de </w:t>
      </w:r>
      <w:proofErr w:type="spellStart"/>
      <w:r w:rsidRPr="00B83447">
        <w:rPr>
          <w:rFonts w:ascii="Arial" w:hAnsi="Arial" w:cs="Arial"/>
        </w:rPr>
        <w:t>Avaliação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Currículo</w:t>
      </w:r>
      <w:proofErr w:type="spellEnd"/>
      <w:r w:rsidRPr="00B83447">
        <w:rPr>
          <w:rFonts w:ascii="Arial" w:hAnsi="Arial" w:cs="Arial"/>
        </w:rPr>
        <w:t xml:space="preserve"> do </w:t>
      </w:r>
      <w:proofErr w:type="spellStart"/>
      <w:r w:rsidRPr="00B83447">
        <w:rPr>
          <w:rFonts w:ascii="Arial" w:hAnsi="Arial" w:cs="Arial"/>
        </w:rPr>
        <w:t>Edital</w:t>
      </w:r>
      <w:proofErr w:type="spellEnd"/>
      <w:r w:rsidRPr="00B83447">
        <w:rPr>
          <w:rFonts w:ascii="Arial" w:hAnsi="Arial" w:cs="Arial"/>
        </w:rPr>
        <w:t xml:space="preserve"> FAPERGS/</w:t>
      </w:r>
      <w:proofErr w:type="spellStart"/>
      <w:r w:rsidRPr="00B83447">
        <w:rPr>
          <w:rFonts w:ascii="Arial" w:hAnsi="Arial" w:cs="Arial"/>
        </w:rPr>
        <w:t>CNPq</w:t>
      </w:r>
      <w:proofErr w:type="spellEnd"/>
      <w:r w:rsidRPr="00B83447">
        <w:rPr>
          <w:rFonts w:ascii="Arial" w:hAnsi="Arial" w:cs="Arial"/>
        </w:rPr>
        <w:t xml:space="preserve">/CAPES nº 06/2026 – PROFIX-CB, </w:t>
      </w:r>
      <w:proofErr w:type="spellStart"/>
      <w:r w:rsidRPr="00B83447">
        <w:rPr>
          <w:rFonts w:ascii="Arial" w:hAnsi="Arial" w:cs="Arial"/>
        </w:rPr>
        <w:t>disponibilizado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na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página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oficial</w:t>
      </w:r>
      <w:proofErr w:type="spellEnd"/>
      <w:r w:rsidRPr="00B83447">
        <w:rPr>
          <w:rFonts w:ascii="Arial" w:hAnsi="Arial" w:cs="Arial"/>
        </w:rPr>
        <w:t xml:space="preserve"> do </w:t>
      </w:r>
      <w:proofErr w:type="spellStart"/>
      <w:r w:rsidRPr="00B83447">
        <w:rPr>
          <w:rFonts w:ascii="Arial" w:hAnsi="Arial" w:cs="Arial"/>
        </w:rPr>
        <w:t>Edital</w:t>
      </w:r>
      <w:proofErr w:type="spellEnd"/>
      <w:r w:rsidRPr="00B83447">
        <w:rPr>
          <w:rFonts w:ascii="Arial" w:hAnsi="Arial" w:cs="Arial"/>
        </w:rPr>
        <w:t xml:space="preserve"> no site da FAPERGS.</w:t>
      </w:r>
    </w:p>
    <w:p w14:paraId="4AC5034E" w14:textId="5402E484" w:rsidR="00E72D8E" w:rsidRPr="00B83447" w:rsidRDefault="00000000">
      <w:pPr>
        <w:spacing w:before="200" w:after="100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>4. DA ALTERAÇÃO DO ITEM 8.6</w:t>
      </w:r>
    </w:p>
    <w:p w14:paraId="031CAA2C" w14:textId="77777777" w:rsidR="00E72D8E" w:rsidRPr="00B83447" w:rsidRDefault="00000000">
      <w:pPr>
        <w:spacing w:before="60" w:after="40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 xml:space="preserve">Onde se </w:t>
      </w:r>
      <w:proofErr w:type="spellStart"/>
      <w:r w:rsidRPr="00B83447">
        <w:rPr>
          <w:rFonts w:ascii="Arial" w:hAnsi="Arial" w:cs="Arial"/>
          <w:b/>
        </w:rPr>
        <w:t>lê</w:t>
      </w:r>
      <w:proofErr w:type="spellEnd"/>
      <w:r w:rsidRPr="00B83447">
        <w:rPr>
          <w:rFonts w:ascii="Arial" w:hAnsi="Arial" w:cs="Arial"/>
          <w:b/>
        </w:rPr>
        <w:t>:</w:t>
      </w:r>
    </w:p>
    <w:p w14:paraId="7DB8FD7F" w14:textId="77777777" w:rsidR="00E72D8E" w:rsidRPr="00B83447" w:rsidRDefault="00000000">
      <w:pPr>
        <w:spacing w:after="100" w:line="264" w:lineRule="auto"/>
        <w:ind w:left="403" w:right="115"/>
        <w:jc w:val="both"/>
        <w:rPr>
          <w:rFonts w:ascii="Arial" w:hAnsi="Arial" w:cs="Arial"/>
        </w:rPr>
      </w:pPr>
      <w:r w:rsidRPr="00B83447">
        <w:rPr>
          <w:rFonts w:ascii="Arial" w:hAnsi="Arial" w:cs="Arial"/>
        </w:rPr>
        <w:t xml:space="preserve">8.6. Para </w:t>
      </w:r>
      <w:proofErr w:type="spellStart"/>
      <w:r w:rsidRPr="00B83447">
        <w:rPr>
          <w:rFonts w:ascii="Arial" w:hAnsi="Arial" w:cs="Arial"/>
        </w:rPr>
        <w:t>pesquisadoras</w:t>
      </w:r>
      <w:proofErr w:type="spellEnd"/>
      <w:r w:rsidRPr="00B83447">
        <w:rPr>
          <w:rFonts w:ascii="Arial" w:hAnsi="Arial" w:cs="Arial"/>
        </w:rPr>
        <w:t xml:space="preserve">(es) </w:t>
      </w:r>
      <w:proofErr w:type="spellStart"/>
      <w:r w:rsidRPr="00B83447">
        <w:rPr>
          <w:rFonts w:ascii="Arial" w:hAnsi="Arial" w:cs="Arial"/>
        </w:rPr>
        <w:t>beneficiárias</w:t>
      </w:r>
      <w:proofErr w:type="spellEnd"/>
      <w:r w:rsidRPr="00B83447">
        <w:rPr>
          <w:rFonts w:ascii="Arial" w:hAnsi="Arial" w:cs="Arial"/>
        </w:rPr>
        <w:t>(</w:t>
      </w:r>
      <w:proofErr w:type="spellStart"/>
      <w:r w:rsidRPr="00B83447">
        <w:rPr>
          <w:rFonts w:ascii="Arial" w:hAnsi="Arial" w:cs="Arial"/>
        </w:rPr>
        <w:t>os</w:t>
      </w:r>
      <w:proofErr w:type="spellEnd"/>
      <w:r w:rsidRPr="00B83447">
        <w:rPr>
          <w:rFonts w:ascii="Arial" w:hAnsi="Arial" w:cs="Arial"/>
        </w:rPr>
        <w:t xml:space="preserve">) de </w:t>
      </w:r>
      <w:proofErr w:type="spellStart"/>
      <w:r w:rsidRPr="00B83447">
        <w:rPr>
          <w:rFonts w:ascii="Arial" w:hAnsi="Arial" w:cs="Arial"/>
        </w:rPr>
        <w:t>licença-maternidade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ou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licença-adotante</w:t>
      </w:r>
      <w:proofErr w:type="spellEnd"/>
      <w:r w:rsidRPr="00B83447">
        <w:rPr>
          <w:rFonts w:ascii="Arial" w:hAnsi="Arial" w:cs="Arial"/>
        </w:rPr>
        <w:t xml:space="preserve"> a </w:t>
      </w:r>
      <w:proofErr w:type="spellStart"/>
      <w:r w:rsidRPr="00B83447">
        <w:rPr>
          <w:rFonts w:ascii="Arial" w:hAnsi="Arial" w:cs="Arial"/>
        </w:rPr>
        <w:t>partir</w:t>
      </w:r>
      <w:proofErr w:type="spellEnd"/>
      <w:r w:rsidRPr="00B83447">
        <w:rPr>
          <w:rFonts w:ascii="Arial" w:hAnsi="Arial" w:cs="Arial"/>
        </w:rPr>
        <w:t xml:space="preserve"> de 2021, </w:t>
      </w:r>
      <w:proofErr w:type="spellStart"/>
      <w:r w:rsidRPr="00B83447">
        <w:rPr>
          <w:rFonts w:ascii="Arial" w:hAnsi="Arial" w:cs="Arial"/>
        </w:rPr>
        <w:t>será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observada</w:t>
      </w:r>
      <w:proofErr w:type="spellEnd"/>
      <w:r w:rsidRPr="00B83447">
        <w:rPr>
          <w:rFonts w:ascii="Arial" w:hAnsi="Arial" w:cs="Arial"/>
        </w:rPr>
        <w:t xml:space="preserve"> a </w:t>
      </w:r>
      <w:proofErr w:type="spellStart"/>
      <w:r w:rsidRPr="00B83447">
        <w:rPr>
          <w:rFonts w:ascii="Arial" w:hAnsi="Arial" w:cs="Arial"/>
        </w:rPr>
        <w:t>regra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extensão</w:t>
      </w:r>
      <w:proofErr w:type="spellEnd"/>
      <w:r w:rsidRPr="00B83447">
        <w:rPr>
          <w:rFonts w:ascii="Arial" w:hAnsi="Arial" w:cs="Arial"/>
        </w:rPr>
        <w:t xml:space="preserve"> do </w:t>
      </w:r>
      <w:proofErr w:type="spellStart"/>
      <w:r w:rsidRPr="00B83447">
        <w:rPr>
          <w:rFonts w:ascii="Arial" w:hAnsi="Arial" w:cs="Arial"/>
        </w:rPr>
        <w:t>período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avaliação</w:t>
      </w:r>
      <w:proofErr w:type="spellEnd"/>
      <w:r w:rsidRPr="00B83447">
        <w:rPr>
          <w:rFonts w:ascii="Arial" w:hAnsi="Arial" w:cs="Arial"/>
        </w:rPr>
        <w:t xml:space="preserve"> curricular </w:t>
      </w:r>
      <w:proofErr w:type="spellStart"/>
      <w:r w:rsidRPr="00B83447">
        <w:rPr>
          <w:rFonts w:ascii="Arial" w:hAnsi="Arial" w:cs="Arial"/>
        </w:rPr>
        <w:t>estabelecida</w:t>
      </w:r>
      <w:proofErr w:type="spellEnd"/>
      <w:r w:rsidRPr="00B83447">
        <w:rPr>
          <w:rFonts w:ascii="Arial" w:hAnsi="Arial" w:cs="Arial"/>
        </w:rPr>
        <w:t xml:space="preserve"> no </w:t>
      </w:r>
      <w:proofErr w:type="spellStart"/>
      <w:r w:rsidRPr="00B83447">
        <w:rPr>
          <w:rFonts w:ascii="Arial" w:hAnsi="Arial" w:cs="Arial"/>
        </w:rPr>
        <w:t>Edital</w:t>
      </w:r>
      <w:proofErr w:type="spellEnd"/>
      <w:r w:rsidRPr="00B83447">
        <w:rPr>
          <w:rFonts w:ascii="Arial" w:hAnsi="Arial" w:cs="Arial"/>
        </w:rPr>
        <w:t xml:space="preserve"> FAPERGS/</w:t>
      </w:r>
      <w:proofErr w:type="spellStart"/>
      <w:r w:rsidRPr="00B83447">
        <w:rPr>
          <w:rFonts w:ascii="Arial" w:hAnsi="Arial" w:cs="Arial"/>
        </w:rPr>
        <w:t>CNPq</w:t>
      </w:r>
      <w:proofErr w:type="spellEnd"/>
      <w:r w:rsidRPr="00B83447">
        <w:rPr>
          <w:rFonts w:ascii="Arial" w:hAnsi="Arial" w:cs="Arial"/>
        </w:rPr>
        <w:t>/CAPES nº 06/2026 – PROFIX-CB.</w:t>
      </w:r>
    </w:p>
    <w:p w14:paraId="3CE1F517" w14:textId="77777777" w:rsidR="00E72D8E" w:rsidRPr="00B83447" w:rsidRDefault="00000000">
      <w:pPr>
        <w:spacing w:before="60" w:after="40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>Leia-se:</w:t>
      </w:r>
    </w:p>
    <w:p w14:paraId="438438D0" w14:textId="77777777" w:rsidR="00E72D8E" w:rsidRPr="00B83447" w:rsidRDefault="00000000">
      <w:pPr>
        <w:spacing w:after="100" w:line="264" w:lineRule="auto"/>
        <w:ind w:left="403" w:right="115"/>
        <w:jc w:val="both"/>
        <w:rPr>
          <w:rFonts w:ascii="Arial" w:hAnsi="Arial" w:cs="Arial"/>
        </w:rPr>
      </w:pPr>
      <w:r w:rsidRPr="00B83447">
        <w:rPr>
          <w:rFonts w:ascii="Arial" w:hAnsi="Arial" w:cs="Arial"/>
        </w:rPr>
        <w:t xml:space="preserve">8.6. Para </w:t>
      </w:r>
      <w:proofErr w:type="spellStart"/>
      <w:r w:rsidRPr="00B83447">
        <w:rPr>
          <w:rFonts w:ascii="Arial" w:hAnsi="Arial" w:cs="Arial"/>
        </w:rPr>
        <w:t>pesquisadoras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ou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pesquisadores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que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tenham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sido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beneficiários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licença-maternidade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ou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licença-adotante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durante</w:t>
      </w:r>
      <w:proofErr w:type="spellEnd"/>
      <w:r w:rsidRPr="00B83447">
        <w:rPr>
          <w:rFonts w:ascii="Arial" w:hAnsi="Arial" w:cs="Arial"/>
        </w:rPr>
        <w:t xml:space="preserve"> o </w:t>
      </w:r>
      <w:proofErr w:type="spellStart"/>
      <w:r w:rsidRPr="00B83447">
        <w:rPr>
          <w:rFonts w:ascii="Arial" w:hAnsi="Arial" w:cs="Arial"/>
        </w:rPr>
        <w:t>respectivo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período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avaliação</w:t>
      </w:r>
      <w:proofErr w:type="spellEnd"/>
      <w:r w:rsidRPr="00B83447">
        <w:rPr>
          <w:rFonts w:ascii="Arial" w:hAnsi="Arial" w:cs="Arial"/>
        </w:rPr>
        <w:t xml:space="preserve"> curricular </w:t>
      </w:r>
      <w:proofErr w:type="spellStart"/>
      <w:r w:rsidRPr="00B83447">
        <w:rPr>
          <w:rFonts w:ascii="Arial" w:hAnsi="Arial" w:cs="Arial"/>
        </w:rPr>
        <w:t>previsto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nos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critérios</w:t>
      </w:r>
      <w:proofErr w:type="spellEnd"/>
      <w:r w:rsidRPr="00B83447">
        <w:rPr>
          <w:rFonts w:ascii="Arial" w:hAnsi="Arial" w:cs="Arial"/>
        </w:rPr>
        <w:t xml:space="preserve"> D e </w:t>
      </w:r>
      <w:proofErr w:type="spellStart"/>
      <w:r w:rsidRPr="00B83447">
        <w:rPr>
          <w:rFonts w:ascii="Arial" w:hAnsi="Arial" w:cs="Arial"/>
        </w:rPr>
        <w:t>E</w:t>
      </w:r>
      <w:proofErr w:type="spellEnd"/>
      <w:r w:rsidRPr="00B83447">
        <w:rPr>
          <w:rFonts w:ascii="Arial" w:hAnsi="Arial" w:cs="Arial"/>
        </w:rPr>
        <w:t xml:space="preserve">, </w:t>
      </w:r>
      <w:proofErr w:type="spellStart"/>
      <w:r w:rsidRPr="00B83447">
        <w:rPr>
          <w:rFonts w:ascii="Arial" w:hAnsi="Arial" w:cs="Arial"/>
        </w:rPr>
        <w:t>será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acrescido</w:t>
      </w:r>
      <w:proofErr w:type="spellEnd"/>
      <w:r w:rsidRPr="00B83447">
        <w:rPr>
          <w:rFonts w:ascii="Arial" w:hAnsi="Arial" w:cs="Arial"/>
        </w:rPr>
        <w:t xml:space="preserve"> 1 (um) </w:t>
      </w:r>
      <w:proofErr w:type="spellStart"/>
      <w:r w:rsidRPr="00B83447">
        <w:rPr>
          <w:rFonts w:ascii="Arial" w:hAnsi="Arial" w:cs="Arial"/>
        </w:rPr>
        <w:t>ano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adicional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período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avaliação</w:t>
      </w:r>
      <w:proofErr w:type="spellEnd"/>
      <w:r w:rsidRPr="00B83447">
        <w:rPr>
          <w:rFonts w:ascii="Arial" w:hAnsi="Arial" w:cs="Arial"/>
        </w:rPr>
        <w:t xml:space="preserve"> do </w:t>
      </w:r>
      <w:proofErr w:type="spellStart"/>
      <w:r w:rsidRPr="00B83447">
        <w:rPr>
          <w:rFonts w:ascii="Arial" w:hAnsi="Arial" w:cs="Arial"/>
        </w:rPr>
        <w:t>Currículo</w:t>
      </w:r>
      <w:proofErr w:type="spellEnd"/>
      <w:r w:rsidRPr="00B83447">
        <w:rPr>
          <w:rFonts w:ascii="Arial" w:hAnsi="Arial" w:cs="Arial"/>
        </w:rPr>
        <w:t xml:space="preserve"> Lattes para </w:t>
      </w:r>
      <w:proofErr w:type="spellStart"/>
      <w:r w:rsidRPr="00B83447">
        <w:rPr>
          <w:rFonts w:ascii="Arial" w:hAnsi="Arial" w:cs="Arial"/>
        </w:rPr>
        <w:t>cada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licença</w:t>
      </w:r>
      <w:proofErr w:type="spellEnd"/>
      <w:r w:rsidRPr="00B83447">
        <w:rPr>
          <w:rFonts w:ascii="Arial" w:hAnsi="Arial" w:cs="Arial"/>
        </w:rPr>
        <w:t xml:space="preserve">. Para o </w:t>
      </w:r>
      <w:proofErr w:type="spellStart"/>
      <w:r w:rsidRPr="00B83447">
        <w:rPr>
          <w:rFonts w:ascii="Arial" w:hAnsi="Arial" w:cs="Arial"/>
        </w:rPr>
        <w:t>critério</w:t>
      </w:r>
      <w:proofErr w:type="spellEnd"/>
      <w:r w:rsidRPr="00B83447">
        <w:rPr>
          <w:rFonts w:ascii="Arial" w:hAnsi="Arial" w:cs="Arial"/>
        </w:rPr>
        <w:t xml:space="preserve"> D, </w:t>
      </w:r>
      <w:proofErr w:type="spellStart"/>
      <w:r w:rsidRPr="00B83447">
        <w:rPr>
          <w:rFonts w:ascii="Arial" w:hAnsi="Arial" w:cs="Arial"/>
        </w:rPr>
        <w:t>cujo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período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avaliação</w:t>
      </w:r>
      <w:proofErr w:type="spellEnd"/>
      <w:r w:rsidRPr="00B83447">
        <w:rPr>
          <w:rFonts w:ascii="Arial" w:hAnsi="Arial" w:cs="Arial"/>
        </w:rPr>
        <w:t xml:space="preserve"> se </w:t>
      </w:r>
      <w:proofErr w:type="spellStart"/>
      <w:r w:rsidRPr="00B83447">
        <w:rPr>
          <w:rFonts w:ascii="Arial" w:hAnsi="Arial" w:cs="Arial"/>
        </w:rPr>
        <w:t>inicia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em</w:t>
      </w:r>
      <w:proofErr w:type="spellEnd"/>
      <w:r w:rsidRPr="00B83447">
        <w:rPr>
          <w:rFonts w:ascii="Arial" w:hAnsi="Arial" w:cs="Arial"/>
        </w:rPr>
        <w:t xml:space="preserve"> 01/01/2021, e para o </w:t>
      </w:r>
      <w:proofErr w:type="spellStart"/>
      <w:r w:rsidRPr="00B83447">
        <w:rPr>
          <w:rFonts w:ascii="Arial" w:hAnsi="Arial" w:cs="Arial"/>
        </w:rPr>
        <w:t>critério</w:t>
      </w:r>
      <w:proofErr w:type="spellEnd"/>
      <w:r w:rsidRPr="00B83447">
        <w:rPr>
          <w:rFonts w:ascii="Arial" w:hAnsi="Arial" w:cs="Arial"/>
        </w:rPr>
        <w:t xml:space="preserve"> E, </w:t>
      </w:r>
      <w:proofErr w:type="spellStart"/>
      <w:r w:rsidRPr="00B83447">
        <w:rPr>
          <w:rFonts w:ascii="Arial" w:hAnsi="Arial" w:cs="Arial"/>
        </w:rPr>
        <w:t>cujo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período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avaliação</w:t>
      </w:r>
      <w:proofErr w:type="spellEnd"/>
      <w:r w:rsidRPr="00B83447">
        <w:rPr>
          <w:rFonts w:ascii="Arial" w:hAnsi="Arial" w:cs="Arial"/>
        </w:rPr>
        <w:t xml:space="preserve"> se </w:t>
      </w:r>
      <w:proofErr w:type="spellStart"/>
      <w:r w:rsidRPr="00B83447">
        <w:rPr>
          <w:rFonts w:ascii="Arial" w:hAnsi="Arial" w:cs="Arial"/>
        </w:rPr>
        <w:t>inicia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em</w:t>
      </w:r>
      <w:proofErr w:type="spellEnd"/>
      <w:r w:rsidRPr="00B83447">
        <w:rPr>
          <w:rFonts w:ascii="Arial" w:hAnsi="Arial" w:cs="Arial"/>
        </w:rPr>
        <w:t xml:space="preserve"> 01/01/2016, o </w:t>
      </w:r>
      <w:proofErr w:type="spellStart"/>
      <w:r w:rsidRPr="00B83447">
        <w:rPr>
          <w:rFonts w:ascii="Arial" w:hAnsi="Arial" w:cs="Arial"/>
        </w:rPr>
        <w:t>marco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inicial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será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retroagido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em</w:t>
      </w:r>
      <w:proofErr w:type="spellEnd"/>
      <w:r w:rsidRPr="00B83447">
        <w:rPr>
          <w:rFonts w:ascii="Arial" w:hAnsi="Arial" w:cs="Arial"/>
        </w:rPr>
        <w:t xml:space="preserve"> 1 (um) </w:t>
      </w:r>
      <w:proofErr w:type="spellStart"/>
      <w:r w:rsidRPr="00B83447">
        <w:rPr>
          <w:rFonts w:ascii="Arial" w:hAnsi="Arial" w:cs="Arial"/>
        </w:rPr>
        <w:t>ano</w:t>
      </w:r>
      <w:proofErr w:type="spellEnd"/>
      <w:r w:rsidRPr="00B83447">
        <w:rPr>
          <w:rFonts w:ascii="Arial" w:hAnsi="Arial" w:cs="Arial"/>
        </w:rPr>
        <w:t xml:space="preserve"> para </w:t>
      </w:r>
      <w:proofErr w:type="spellStart"/>
      <w:r w:rsidRPr="00B83447">
        <w:rPr>
          <w:rFonts w:ascii="Arial" w:hAnsi="Arial" w:cs="Arial"/>
        </w:rPr>
        <w:t>cada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licença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elegível</w:t>
      </w:r>
      <w:proofErr w:type="spellEnd"/>
      <w:r w:rsidRPr="00B83447">
        <w:rPr>
          <w:rFonts w:ascii="Arial" w:hAnsi="Arial" w:cs="Arial"/>
        </w:rPr>
        <w:t xml:space="preserve">. As </w:t>
      </w:r>
      <w:proofErr w:type="spellStart"/>
      <w:r w:rsidRPr="00B83447">
        <w:rPr>
          <w:rFonts w:ascii="Arial" w:hAnsi="Arial" w:cs="Arial"/>
        </w:rPr>
        <w:t>licenças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são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cumulativas</w:t>
      </w:r>
      <w:proofErr w:type="spellEnd"/>
      <w:r w:rsidRPr="00B83447">
        <w:rPr>
          <w:rFonts w:ascii="Arial" w:hAnsi="Arial" w:cs="Arial"/>
        </w:rPr>
        <w:t xml:space="preserve">, </w:t>
      </w:r>
      <w:proofErr w:type="spellStart"/>
      <w:r w:rsidRPr="00B83447">
        <w:rPr>
          <w:rFonts w:ascii="Arial" w:hAnsi="Arial" w:cs="Arial"/>
        </w:rPr>
        <w:t>exceto</w:t>
      </w:r>
      <w:proofErr w:type="spellEnd"/>
      <w:r w:rsidRPr="00B83447">
        <w:rPr>
          <w:rFonts w:ascii="Arial" w:hAnsi="Arial" w:cs="Arial"/>
        </w:rPr>
        <w:t xml:space="preserve"> no </w:t>
      </w:r>
      <w:proofErr w:type="spellStart"/>
      <w:r w:rsidRPr="00B83447">
        <w:rPr>
          <w:rFonts w:ascii="Arial" w:hAnsi="Arial" w:cs="Arial"/>
        </w:rPr>
        <w:t>caso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nascimento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ou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adoção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simultânea</w:t>
      </w:r>
      <w:proofErr w:type="spellEnd"/>
      <w:r w:rsidRPr="00B83447">
        <w:rPr>
          <w:rFonts w:ascii="Arial" w:hAnsi="Arial" w:cs="Arial"/>
        </w:rPr>
        <w:t xml:space="preserve"> de </w:t>
      </w:r>
      <w:proofErr w:type="spellStart"/>
      <w:r w:rsidRPr="00B83447">
        <w:rPr>
          <w:rFonts w:ascii="Arial" w:hAnsi="Arial" w:cs="Arial"/>
        </w:rPr>
        <w:t>mais</w:t>
      </w:r>
      <w:proofErr w:type="spellEnd"/>
      <w:r w:rsidRPr="00B83447">
        <w:rPr>
          <w:rFonts w:ascii="Arial" w:hAnsi="Arial" w:cs="Arial"/>
        </w:rPr>
        <w:t xml:space="preserve"> de um </w:t>
      </w:r>
      <w:proofErr w:type="spellStart"/>
      <w:r w:rsidRPr="00B83447">
        <w:rPr>
          <w:rFonts w:ascii="Arial" w:hAnsi="Arial" w:cs="Arial"/>
        </w:rPr>
        <w:t>filho</w:t>
      </w:r>
      <w:proofErr w:type="spellEnd"/>
      <w:r w:rsidRPr="00B83447">
        <w:rPr>
          <w:rFonts w:ascii="Arial" w:hAnsi="Arial" w:cs="Arial"/>
        </w:rPr>
        <w:t xml:space="preserve">. É </w:t>
      </w:r>
      <w:proofErr w:type="spellStart"/>
      <w:r w:rsidRPr="00B83447">
        <w:rPr>
          <w:rFonts w:ascii="Arial" w:hAnsi="Arial" w:cs="Arial"/>
        </w:rPr>
        <w:t>indispensável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que</w:t>
      </w:r>
      <w:proofErr w:type="spellEnd"/>
      <w:r w:rsidRPr="00B83447">
        <w:rPr>
          <w:rFonts w:ascii="Arial" w:hAnsi="Arial" w:cs="Arial"/>
        </w:rPr>
        <w:t xml:space="preserve"> a </w:t>
      </w:r>
      <w:proofErr w:type="spellStart"/>
      <w:r w:rsidRPr="00B83447">
        <w:rPr>
          <w:rFonts w:ascii="Arial" w:hAnsi="Arial" w:cs="Arial"/>
        </w:rPr>
        <w:t>licença-maternidade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ou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licença-adotante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esteja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devidamente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registrada</w:t>
      </w:r>
      <w:proofErr w:type="spellEnd"/>
      <w:r w:rsidRPr="00B83447">
        <w:rPr>
          <w:rFonts w:ascii="Arial" w:hAnsi="Arial" w:cs="Arial"/>
        </w:rPr>
        <w:t xml:space="preserve"> no </w:t>
      </w:r>
      <w:proofErr w:type="spellStart"/>
      <w:r w:rsidRPr="00B83447">
        <w:rPr>
          <w:rFonts w:ascii="Arial" w:hAnsi="Arial" w:cs="Arial"/>
        </w:rPr>
        <w:t>Currículo</w:t>
      </w:r>
      <w:proofErr w:type="spellEnd"/>
      <w:r w:rsidRPr="00B83447">
        <w:rPr>
          <w:rFonts w:ascii="Arial" w:hAnsi="Arial" w:cs="Arial"/>
        </w:rPr>
        <w:t xml:space="preserve"> Lattes (</w:t>
      </w:r>
      <w:proofErr w:type="spellStart"/>
      <w:r w:rsidRPr="00B83447">
        <w:rPr>
          <w:rFonts w:ascii="Arial" w:hAnsi="Arial" w:cs="Arial"/>
        </w:rPr>
        <w:t>CNPq</w:t>
      </w:r>
      <w:proofErr w:type="spellEnd"/>
      <w:r w:rsidRPr="00B83447">
        <w:rPr>
          <w:rFonts w:ascii="Arial" w:hAnsi="Arial" w:cs="Arial"/>
        </w:rPr>
        <w:t xml:space="preserve">) para </w:t>
      </w:r>
      <w:proofErr w:type="spellStart"/>
      <w:r w:rsidRPr="00B83447">
        <w:rPr>
          <w:rFonts w:ascii="Arial" w:hAnsi="Arial" w:cs="Arial"/>
        </w:rPr>
        <w:t>que</w:t>
      </w:r>
      <w:proofErr w:type="spellEnd"/>
      <w:r w:rsidRPr="00B83447">
        <w:rPr>
          <w:rFonts w:ascii="Arial" w:hAnsi="Arial" w:cs="Arial"/>
        </w:rPr>
        <w:t xml:space="preserve"> a </w:t>
      </w:r>
      <w:proofErr w:type="spellStart"/>
      <w:r w:rsidRPr="00B83447">
        <w:rPr>
          <w:rFonts w:ascii="Arial" w:hAnsi="Arial" w:cs="Arial"/>
        </w:rPr>
        <w:t>regra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seja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aplicada</w:t>
      </w:r>
      <w:proofErr w:type="spellEnd"/>
      <w:r w:rsidRPr="00B83447">
        <w:rPr>
          <w:rFonts w:ascii="Arial" w:hAnsi="Arial" w:cs="Arial"/>
        </w:rPr>
        <w:t xml:space="preserve">. Esta </w:t>
      </w:r>
      <w:proofErr w:type="spellStart"/>
      <w:r w:rsidRPr="00B83447">
        <w:rPr>
          <w:rFonts w:ascii="Arial" w:hAnsi="Arial" w:cs="Arial"/>
        </w:rPr>
        <w:t>regra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não</w:t>
      </w:r>
      <w:proofErr w:type="spellEnd"/>
      <w:r w:rsidRPr="00B83447">
        <w:rPr>
          <w:rFonts w:ascii="Arial" w:hAnsi="Arial" w:cs="Arial"/>
        </w:rPr>
        <w:t xml:space="preserve"> se </w:t>
      </w:r>
      <w:proofErr w:type="spellStart"/>
      <w:r w:rsidRPr="00B83447">
        <w:rPr>
          <w:rFonts w:ascii="Arial" w:hAnsi="Arial" w:cs="Arial"/>
        </w:rPr>
        <w:t>estende</w:t>
      </w:r>
      <w:proofErr w:type="spellEnd"/>
      <w:r w:rsidRPr="00B83447">
        <w:rPr>
          <w:rFonts w:ascii="Arial" w:hAnsi="Arial" w:cs="Arial"/>
        </w:rPr>
        <w:t xml:space="preserve"> à </w:t>
      </w:r>
      <w:proofErr w:type="spellStart"/>
      <w:r w:rsidRPr="00B83447">
        <w:rPr>
          <w:rFonts w:ascii="Arial" w:hAnsi="Arial" w:cs="Arial"/>
        </w:rPr>
        <w:t>licença-paternidade</w:t>
      </w:r>
      <w:proofErr w:type="spellEnd"/>
      <w:r w:rsidRPr="00B83447">
        <w:rPr>
          <w:rFonts w:ascii="Arial" w:hAnsi="Arial" w:cs="Arial"/>
        </w:rPr>
        <w:t>.</w:t>
      </w:r>
    </w:p>
    <w:p w14:paraId="42846C03" w14:textId="77777777" w:rsidR="00E72D8E" w:rsidRPr="00B83447" w:rsidRDefault="00000000">
      <w:pPr>
        <w:spacing w:before="200" w:after="100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>5. DAS DISPOSIÇÕES FINAIS</w:t>
      </w:r>
    </w:p>
    <w:p w14:paraId="6D3090DE" w14:textId="77777777" w:rsidR="00E72D8E" w:rsidRPr="00B83447" w:rsidRDefault="00000000">
      <w:pPr>
        <w:spacing w:after="80"/>
        <w:jc w:val="both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 xml:space="preserve">5.1. </w:t>
      </w:r>
      <w:r w:rsidRPr="00B83447">
        <w:rPr>
          <w:rFonts w:ascii="Arial" w:hAnsi="Arial" w:cs="Arial"/>
        </w:rPr>
        <w:t xml:space="preserve">Permanecem </w:t>
      </w:r>
      <w:proofErr w:type="spellStart"/>
      <w:r w:rsidRPr="00B83447">
        <w:rPr>
          <w:rFonts w:ascii="Arial" w:hAnsi="Arial" w:cs="Arial"/>
        </w:rPr>
        <w:t>inalteradas</w:t>
      </w:r>
      <w:proofErr w:type="spellEnd"/>
      <w:r w:rsidRPr="00B83447">
        <w:rPr>
          <w:rFonts w:ascii="Arial" w:hAnsi="Arial" w:cs="Arial"/>
        </w:rPr>
        <w:t xml:space="preserve"> as </w:t>
      </w:r>
      <w:proofErr w:type="spellStart"/>
      <w:r w:rsidRPr="00B83447">
        <w:rPr>
          <w:rFonts w:ascii="Arial" w:hAnsi="Arial" w:cs="Arial"/>
        </w:rPr>
        <w:t>demais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disposições</w:t>
      </w:r>
      <w:proofErr w:type="spellEnd"/>
      <w:r w:rsidRPr="00B83447">
        <w:rPr>
          <w:rFonts w:ascii="Arial" w:hAnsi="Arial" w:cs="Arial"/>
        </w:rPr>
        <w:t xml:space="preserve"> da </w:t>
      </w:r>
      <w:proofErr w:type="spellStart"/>
      <w:r w:rsidRPr="00B83447">
        <w:rPr>
          <w:rFonts w:ascii="Arial" w:hAnsi="Arial" w:cs="Arial"/>
        </w:rPr>
        <w:t>Chamada</w:t>
      </w:r>
      <w:proofErr w:type="spellEnd"/>
      <w:r w:rsidRPr="00B83447">
        <w:rPr>
          <w:rFonts w:ascii="Arial" w:hAnsi="Arial" w:cs="Arial"/>
        </w:rPr>
        <w:t xml:space="preserve"> Interna PPGEA nº 03/2026 </w:t>
      </w:r>
      <w:proofErr w:type="spellStart"/>
      <w:r w:rsidRPr="00B83447">
        <w:rPr>
          <w:rFonts w:ascii="Arial" w:hAnsi="Arial" w:cs="Arial"/>
        </w:rPr>
        <w:t>que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não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tenham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sido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expressamente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modificadas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por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este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Aditivo</w:t>
      </w:r>
      <w:proofErr w:type="spellEnd"/>
      <w:r w:rsidRPr="00B83447">
        <w:rPr>
          <w:rFonts w:ascii="Arial" w:hAnsi="Arial" w:cs="Arial"/>
        </w:rPr>
        <w:t>.</w:t>
      </w:r>
    </w:p>
    <w:p w14:paraId="7B32966C" w14:textId="77777777" w:rsidR="00E72D8E" w:rsidRPr="00B83447" w:rsidRDefault="00000000">
      <w:pPr>
        <w:spacing w:after="80"/>
        <w:jc w:val="both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 xml:space="preserve">5.2. </w:t>
      </w:r>
      <w:r w:rsidRPr="00B83447">
        <w:rPr>
          <w:rFonts w:ascii="Arial" w:hAnsi="Arial" w:cs="Arial"/>
        </w:rPr>
        <w:t xml:space="preserve">As </w:t>
      </w:r>
      <w:proofErr w:type="spellStart"/>
      <w:r w:rsidRPr="00B83447">
        <w:rPr>
          <w:rFonts w:ascii="Arial" w:hAnsi="Arial" w:cs="Arial"/>
        </w:rPr>
        <w:t>demais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alterações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promovidas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pelo</w:t>
      </w:r>
      <w:proofErr w:type="spellEnd"/>
      <w:r w:rsidRPr="00B83447">
        <w:rPr>
          <w:rFonts w:ascii="Arial" w:hAnsi="Arial" w:cs="Arial"/>
        </w:rPr>
        <w:t xml:space="preserve"> Primeiro </w:t>
      </w:r>
      <w:proofErr w:type="spellStart"/>
      <w:r w:rsidRPr="00B83447">
        <w:rPr>
          <w:rFonts w:ascii="Arial" w:hAnsi="Arial" w:cs="Arial"/>
        </w:rPr>
        <w:t>Aditivo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Edital</w:t>
      </w:r>
      <w:proofErr w:type="spellEnd"/>
      <w:r w:rsidRPr="00B83447">
        <w:rPr>
          <w:rFonts w:ascii="Arial" w:hAnsi="Arial" w:cs="Arial"/>
        </w:rPr>
        <w:t xml:space="preserve"> FAPERGS/</w:t>
      </w:r>
      <w:proofErr w:type="spellStart"/>
      <w:r w:rsidRPr="00B83447">
        <w:rPr>
          <w:rFonts w:ascii="Arial" w:hAnsi="Arial" w:cs="Arial"/>
        </w:rPr>
        <w:t>CNPq</w:t>
      </w:r>
      <w:proofErr w:type="spellEnd"/>
      <w:r w:rsidRPr="00B83447">
        <w:rPr>
          <w:rFonts w:ascii="Arial" w:hAnsi="Arial" w:cs="Arial"/>
        </w:rPr>
        <w:t xml:space="preserve">/CAPES nº 06/2026 – PROFIX-CB, inclusive </w:t>
      </w:r>
      <w:proofErr w:type="spellStart"/>
      <w:r w:rsidRPr="00B83447">
        <w:rPr>
          <w:rFonts w:ascii="Arial" w:hAnsi="Arial" w:cs="Arial"/>
        </w:rPr>
        <w:t>aquelas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relativas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às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atribuições</w:t>
      </w:r>
      <w:proofErr w:type="spellEnd"/>
      <w:r w:rsidRPr="00B83447">
        <w:rPr>
          <w:rFonts w:ascii="Arial" w:hAnsi="Arial" w:cs="Arial"/>
        </w:rPr>
        <w:t xml:space="preserve"> do(a) </w:t>
      </w:r>
      <w:proofErr w:type="spellStart"/>
      <w:r w:rsidRPr="00B83447">
        <w:rPr>
          <w:rFonts w:ascii="Arial" w:hAnsi="Arial" w:cs="Arial"/>
        </w:rPr>
        <w:t>proponente</w:t>
      </w:r>
      <w:proofErr w:type="spellEnd"/>
      <w:r w:rsidRPr="00B83447">
        <w:rPr>
          <w:rFonts w:ascii="Arial" w:hAnsi="Arial" w:cs="Arial"/>
        </w:rPr>
        <w:t>/</w:t>
      </w:r>
      <w:proofErr w:type="spellStart"/>
      <w:r w:rsidRPr="00B83447">
        <w:rPr>
          <w:rFonts w:ascii="Arial" w:hAnsi="Arial" w:cs="Arial"/>
        </w:rPr>
        <w:t>coordenador</w:t>
      </w:r>
      <w:proofErr w:type="spellEnd"/>
      <w:r w:rsidRPr="00B83447">
        <w:rPr>
          <w:rFonts w:ascii="Arial" w:hAnsi="Arial" w:cs="Arial"/>
        </w:rPr>
        <w:t xml:space="preserve">(a), do </w:t>
      </w:r>
      <w:proofErr w:type="spellStart"/>
      <w:r w:rsidRPr="00B83447">
        <w:rPr>
          <w:rFonts w:ascii="Arial" w:hAnsi="Arial" w:cs="Arial"/>
        </w:rPr>
        <w:t>Programa</w:t>
      </w:r>
      <w:proofErr w:type="spellEnd"/>
      <w:r w:rsidRPr="00B83447">
        <w:rPr>
          <w:rFonts w:ascii="Arial" w:hAnsi="Arial" w:cs="Arial"/>
        </w:rPr>
        <w:t xml:space="preserve"> de Pós-</w:t>
      </w:r>
      <w:proofErr w:type="spellStart"/>
      <w:r w:rsidRPr="00B83447">
        <w:rPr>
          <w:rFonts w:ascii="Arial" w:hAnsi="Arial" w:cs="Arial"/>
        </w:rPr>
        <w:t>Graduação</w:t>
      </w:r>
      <w:proofErr w:type="spellEnd"/>
      <w:r w:rsidRPr="00B83447">
        <w:rPr>
          <w:rFonts w:ascii="Arial" w:hAnsi="Arial" w:cs="Arial"/>
        </w:rPr>
        <w:t xml:space="preserve"> e do(a) </w:t>
      </w:r>
      <w:proofErr w:type="spellStart"/>
      <w:r w:rsidRPr="00B83447">
        <w:rPr>
          <w:rFonts w:ascii="Arial" w:hAnsi="Arial" w:cs="Arial"/>
        </w:rPr>
        <w:t>bolsista</w:t>
      </w:r>
      <w:proofErr w:type="spellEnd"/>
      <w:r w:rsidRPr="00B83447">
        <w:rPr>
          <w:rFonts w:ascii="Arial" w:hAnsi="Arial" w:cs="Arial"/>
        </w:rPr>
        <w:t xml:space="preserve"> BCB-1, </w:t>
      </w:r>
      <w:proofErr w:type="spellStart"/>
      <w:r w:rsidRPr="00B83447">
        <w:rPr>
          <w:rFonts w:ascii="Arial" w:hAnsi="Arial" w:cs="Arial"/>
        </w:rPr>
        <w:t>serão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integralmente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observadas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pelo</w:t>
      </w:r>
      <w:proofErr w:type="spellEnd"/>
      <w:r w:rsidRPr="00B83447">
        <w:rPr>
          <w:rFonts w:ascii="Arial" w:hAnsi="Arial" w:cs="Arial"/>
        </w:rPr>
        <w:t xml:space="preserve"> PPGEA/FURG </w:t>
      </w:r>
      <w:proofErr w:type="spellStart"/>
      <w:r w:rsidRPr="00B83447">
        <w:rPr>
          <w:rFonts w:ascii="Arial" w:hAnsi="Arial" w:cs="Arial"/>
        </w:rPr>
        <w:t>quando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aplicáveis</w:t>
      </w:r>
      <w:proofErr w:type="spellEnd"/>
      <w:r w:rsidRPr="00B83447">
        <w:rPr>
          <w:rFonts w:ascii="Arial" w:hAnsi="Arial" w:cs="Arial"/>
        </w:rPr>
        <w:t xml:space="preserve">, </w:t>
      </w:r>
      <w:proofErr w:type="spellStart"/>
      <w:r w:rsidRPr="00B83447">
        <w:rPr>
          <w:rFonts w:ascii="Arial" w:hAnsi="Arial" w:cs="Arial"/>
        </w:rPr>
        <w:t>nos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termos</w:t>
      </w:r>
      <w:proofErr w:type="spellEnd"/>
      <w:r w:rsidRPr="00B83447">
        <w:rPr>
          <w:rFonts w:ascii="Arial" w:hAnsi="Arial" w:cs="Arial"/>
        </w:rPr>
        <w:t xml:space="preserve"> do item 12.3 da </w:t>
      </w:r>
      <w:proofErr w:type="spellStart"/>
      <w:r w:rsidRPr="00B83447">
        <w:rPr>
          <w:rFonts w:ascii="Arial" w:hAnsi="Arial" w:cs="Arial"/>
        </w:rPr>
        <w:t>Chamada</w:t>
      </w:r>
      <w:proofErr w:type="spellEnd"/>
      <w:r w:rsidRPr="00B83447">
        <w:rPr>
          <w:rFonts w:ascii="Arial" w:hAnsi="Arial" w:cs="Arial"/>
        </w:rPr>
        <w:t xml:space="preserve"> Interna e da </w:t>
      </w:r>
      <w:proofErr w:type="spellStart"/>
      <w:r w:rsidRPr="00B83447">
        <w:rPr>
          <w:rFonts w:ascii="Arial" w:hAnsi="Arial" w:cs="Arial"/>
        </w:rPr>
        <w:t>versão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consolidada</w:t>
      </w:r>
      <w:proofErr w:type="spellEnd"/>
      <w:r w:rsidRPr="00B83447">
        <w:rPr>
          <w:rFonts w:ascii="Arial" w:hAnsi="Arial" w:cs="Arial"/>
        </w:rPr>
        <w:t xml:space="preserve"> do </w:t>
      </w:r>
      <w:proofErr w:type="spellStart"/>
      <w:r w:rsidRPr="00B83447">
        <w:rPr>
          <w:rFonts w:ascii="Arial" w:hAnsi="Arial" w:cs="Arial"/>
        </w:rPr>
        <w:t>Edital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externo</w:t>
      </w:r>
      <w:proofErr w:type="spellEnd"/>
      <w:r w:rsidRPr="00B83447">
        <w:rPr>
          <w:rFonts w:ascii="Arial" w:hAnsi="Arial" w:cs="Arial"/>
        </w:rPr>
        <w:t>.</w:t>
      </w:r>
    </w:p>
    <w:p w14:paraId="5EC19E26" w14:textId="77777777" w:rsidR="00E72D8E" w:rsidRPr="00B83447" w:rsidRDefault="00000000">
      <w:pPr>
        <w:spacing w:after="80"/>
        <w:jc w:val="both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 xml:space="preserve">5.3. </w:t>
      </w:r>
      <w:r w:rsidRPr="00B83447">
        <w:rPr>
          <w:rFonts w:ascii="Arial" w:hAnsi="Arial" w:cs="Arial"/>
        </w:rPr>
        <w:t xml:space="preserve">O </w:t>
      </w:r>
      <w:proofErr w:type="spellStart"/>
      <w:r w:rsidRPr="00B83447">
        <w:rPr>
          <w:rFonts w:ascii="Arial" w:hAnsi="Arial" w:cs="Arial"/>
        </w:rPr>
        <w:t>cronograma</w:t>
      </w:r>
      <w:proofErr w:type="spellEnd"/>
      <w:r w:rsidRPr="00B83447">
        <w:rPr>
          <w:rFonts w:ascii="Arial" w:hAnsi="Arial" w:cs="Arial"/>
        </w:rPr>
        <w:t xml:space="preserve"> da </w:t>
      </w:r>
      <w:proofErr w:type="spellStart"/>
      <w:r w:rsidRPr="00B83447">
        <w:rPr>
          <w:rFonts w:ascii="Arial" w:hAnsi="Arial" w:cs="Arial"/>
        </w:rPr>
        <w:t>Chamada</w:t>
      </w:r>
      <w:proofErr w:type="spellEnd"/>
      <w:r w:rsidRPr="00B83447">
        <w:rPr>
          <w:rFonts w:ascii="Arial" w:hAnsi="Arial" w:cs="Arial"/>
        </w:rPr>
        <w:t xml:space="preserve"> Interna PPGEA nº 03/2026 </w:t>
      </w:r>
      <w:proofErr w:type="spellStart"/>
      <w:r w:rsidRPr="00B83447">
        <w:rPr>
          <w:rFonts w:ascii="Arial" w:hAnsi="Arial" w:cs="Arial"/>
        </w:rPr>
        <w:t>permanece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inalterado</w:t>
      </w:r>
      <w:proofErr w:type="spellEnd"/>
      <w:r w:rsidRPr="00B83447">
        <w:rPr>
          <w:rFonts w:ascii="Arial" w:hAnsi="Arial" w:cs="Arial"/>
        </w:rPr>
        <w:t>.</w:t>
      </w:r>
    </w:p>
    <w:p w14:paraId="44DD0DD1" w14:textId="77777777" w:rsidR="00E72D8E" w:rsidRPr="00B83447" w:rsidRDefault="00000000">
      <w:pPr>
        <w:spacing w:after="240"/>
        <w:jc w:val="both"/>
        <w:rPr>
          <w:rFonts w:ascii="Arial" w:hAnsi="Arial" w:cs="Arial"/>
        </w:rPr>
      </w:pPr>
      <w:r w:rsidRPr="00B83447">
        <w:rPr>
          <w:rFonts w:ascii="Arial" w:hAnsi="Arial" w:cs="Arial"/>
          <w:b/>
        </w:rPr>
        <w:t xml:space="preserve">5.4. </w:t>
      </w:r>
      <w:r w:rsidRPr="00B83447">
        <w:rPr>
          <w:rFonts w:ascii="Arial" w:hAnsi="Arial" w:cs="Arial"/>
        </w:rPr>
        <w:t xml:space="preserve">Este </w:t>
      </w:r>
      <w:proofErr w:type="spellStart"/>
      <w:r w:rsidRPr="00B83447">
        <w:rPr>
          <w:rFonts w:ascii="Arial" w:hAnsi="Arial" w:cs="Arial"/>
        </w:rPr>
        <w:t>Aditivo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passa</w:t>
      </w:r>
      <w:proofErr w:type="spellEnd"/>
      <w:r w:rsidRPr="00B83447">
        <w:rPr>
          <w:rFonts w:ascii="Arial" w:hAnsi="Arial" w:cs="Arial"/>
        </w:rPr>
        <w:t xml:space="preserve"> a </w:t>
      </w:r>
      <w:proofErr w:type="spellStart"/>
      <w:r w:rsidRPr="00B83447">
        <w:rPr>
          <w:rFonts w:ascii="Arial" w:hAnsi="Arial" w:cs="Arial"/>
        </w:rPr>
        <w:t>integrar</w:t>
      </w:r>
      <w:proofErr w:type="spellEnd"/>
      <w:r w:rsidRPr="00B83447">
        <w:rPr>
          <w:rFonts w:ascii="Arial" w:hAnsi="Arial" w:cs="Arial"/>
        </w:rPr>
        <w:t xml:space="preserve"> a </w:t>
      </w:r>
      <w:proofErr w:type="spellStart"/>
      <w:r w:rsidRPr="00B83447">
        <w:rPr>
          <w:rFonts w:ascii="Arial" w:hAnsi="Arial" w:cs="Arial"/>
        </w:rPr>
        <w:t>Chamada</w:t>
      </w:r>
      <w:proofErr w:type="spellEnd"/>
      <w:r w:rsidRPr="00B83447">
        <w:rPr>
          <w:rFonts w:ascii="Arial" w:hAnsi="Arial" w:cs="Arial"/>
        </w:rPr>
        <w:t xml:space="preserve"> Interna PPGEA nº 03/2026 e </w:t>
      </w:r>
      <w:proofErr w:type="spellStart"/>
      <w:r w:rsidRPr="00B83447">
        <w:rPr>
          <w:rFonts w:ascii="Arial" w:hAnsi="Arial" w:cs="Arial"/>
        </w:rPr>
        <w:t>entra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em</w:t>
      </w:r>
      <w:proofErr w:type="spellEnd"/>
      <w:r w:rsidRPr="00B83447">
        <w:rPr>
          <w:rFonts w:ascii="Arial" w:hAnsi="Arial" w:cs="Arial"/>
        </w:rPr>
        <w:t xml:space="preserve"> vigor </w:t>
      </w:r>
      <w:proofErr w:type="spellStart"/>
      <w:r w:rsidRPr="00B83447">
        <w:rPr>
          <w:rFonts w:ascii="Arial" w:hAnsi="Arial" w:cs="Arial"/>
        </w:rPr>
        <w:t>na</w:t>
      </w:r>
      <w:proofErr w:type="spellEnd"/>
      <w:r w:rsidRPr="00B83447">
        <w:rPr>
          <w:rFonts w:ascii="Arial" w:hAnsi="Arial" w:cs="Arial"/>
        </w:rPr>
        <w:t xml:space="preserve"> data de </w:t>
      </w:r>
      <w:proofErr w:type="spellStart"/>
      <w:r w:rsidRPr="00B83447">
        <w:rPr>
          <w:rFonts w:ascii="Arial" w:hAnsi="Arial" w:cs="Arial"/>
        </w:rPr>
        <w:t>sua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publicação</w:t>
      </w:r>
      <w:proofErr w:type="spellEnd"/>
      <w:r w:rsidRPr="00B83447">
        <w:rPr>
          <w:rFonts w:ascii="Arial" w:hAnsi="Arial" w:cs="Arial"/>
        </w:rPr>
        <w:t>.</w:t>
      </w:r>
    </w:p>
    <w:p w14:paraId="6F67E7FC" w14:textId="77777777" w:rsidR="00E72D8E" w:rsidRPr="00B83447" w:rsidRDefault="00000000">
      <w:pPr>
        <w:spacing w:after="360"/>
        <w:jc w:val="right"/>
        <w:rPr>
          <w:rFonts w:ascii="Arial" w:hAnsi="Arial" w:cs="Arial"/>
        </w:rPr>
      </w:pPr>
      <w:r w:rsidRPr="00B83447">
        <w:rPr>
          <w:rFonts w:ascii="Arial" w:hAnsi="Arial" w:cs="Arial"/>
        </w:rPr>
        <w:t xml:space="preserve">Rio Grande, 4 de </w:t>
      </w:r>
      <w:proofErr w:type="spellStart"/>
      <w:r w:rsidRPr="00B83447">
        <w:rPr>
          <w:rFonts w:ascii="Arial" w:hAnsi="Arial" w:cs="Arial"/>
        </w:rPr>
        <w:t>setembro</w:t>
      </w:r>
      <w:proofErr w:type="spellEnd"/>
      <w:r w:rsidRPr="00B83447">
        <w:rPr>
          <w:rFonts w:ascii="Arial" w:hAnsi="Arial" w:cs="Arial"/>
        </w:rPr>
        <w:t xml:space="preserve"> de 2026.</w:t>
      </w:r>
    </w:p>
    <w:p w14:paraId="13763946" w14:textId="77777777" w:rsidR="00B83447" w:rsidRPr="00B83447" w:rsidRDefault="00B83447">
      <w:pPr>
        <w:spacing w:after="0"/>
        <w:jc w:val="center"/>
        <w:rPr>
          <w:rFonts w:ascii="Arial" w:hAnsi="Arial" w:cs="Arial"/>
          <w:b/>
        </w:rPr>
      </w:pPr>
    </w:p>
    <w:p w14:paraId="003B9F51" w14:textId="136B38FF" w:rsidR="00E72D8E" w:rsidRPr="00B83447" w:rsidRDefault="00000000">
      <w:pPr>
        <w:spacing w:after="0"/>
        <w:jc w:val="center"/>
        <w:rPr>
          <w:rFonts w:ascii="Arial" w:hAnsi="Arial" w:cs="Arial"/>
        </w:rPr>
      </w:pPr>
      <w:proofErr w:type="spellStart"/>
      <w:r w:rsidRPr="00B83447">
        <w:rPr>
          <w:rFonts w:ascii="Arial" w:hAnsi="Arial" w:cs="Arial"/>
          <w:b/>
        </w:rPr>
        <w:t>Profa</w:t>
      </w:r>
      <w:proofErr w:type="spellEnd"/>
      <w:r w:rsidRPr="00B83447">
        <w:rPr>
          <w:rFonts w:ascii="Arial" w:hAnsi="Arial" w:cs="Arial"/>
          <w:b/>
        </w:rPr>
        <w:t>. Dra. Daiani Modernel Xavier</w:t>
      </w:r>
    </w:p>
    <w:p w14:paraId="0A5BA824" w14:textId="344342EC" w:rsidR="00E72D8E" w:rsidRPr="00B83447" w:rsidRDefault="00000000">
      <w:pPr>
        <w:spacing w:after="0"/>
        <w:jc w:val="center"/>
        <w:rPr>
          <w:rFonts w:ascii="Arial" w:hAnsi="Arial" w:cs="Arial"/>
        </w:rPr>
      </w:pPr>
      <w:proofErr w:type="spellStart"/>
      <w:r w:rsidRPr="00B83447">
        <w:rPr>
          <w:rFonts w:ascii="Arial" w:hAnsi="Arial" w:cs="Arial"/>
        </w:rPr>
        <w:t>Coordena</w:t>
      </w:r>
      <w:r w:rsidR="00B83447" w:rsidRPr="00B83447">
        <w:rPr>
          <w:rFonts w:ascii="Arial" w:hAnsi="Arial" w:cs="Arial"/>
        </w:rPr>
        <w:t>dora</w:t>
      </w:r>
      <w:proofErr w:type="spellEnd"/>
      <w:r w:rsidRPr="00B83447">
        <w:rPr>
          <w:rFonts w:ascii="Arial" w:hAnsi="Arial" w:cs="Arial"/>
        </w:rPr>
        <w:t xml:space="preserve"> do </w:t>
      </w:r>
      <w:proofErr w:type="spellStart"/>
      <w:r w:rsidRPr="00B83447">
        <w:rPr>
          <w:rFonts w:ascii="Arial" w:hAnsi="Arial" w:cs="Arial"/>
        </w:rPr>
        <w:t>Programa</w:t>
      </w:r>
      <w:proofErr w:type="spellEnd"/>
      <w:r w:rsidRPr="00B83447">
        <w:rPr>
          <w:rFonts w:ascii="Arial" w:hAnsi="Arial" w:cs="Arial"/>
        </w:rPr>
        <w:t xml:space="preserve"> de Pós-</w:t>
      </w:r>
      <w:proofErr w:type="spellStart"/>
      <w:r w:rsidRPr="00B83447">
        <w:rPr>
          <w:rFonts w:ascii="Arial" w:hAnsi="Arial" w:cs="Arial"/>
        </w:rPr>
        <w:t>Graduação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em</w:t>
      </w:r>
      <w:proofErr w:type="spellEnd"/>
      <w:r w:rsidRPr="00B83447">
        <w:rPr>
          <w:rFonts w:ascii="Arial" w:hAnsi="Arial" w:cs="Arial"/>
        </w:rPr>
        <w:t xml:space="preserve"> </w:t>
      </w:r>
      <w:proofErr w:type="spellStart"/>
      <w:r w:rsidRPr="00B83447">
        <w:rPr>
          <w:rFonts w:ascii="Arial" w:hAnsi="Arial" w:cs="Arial"/>
        </w:rPr>
        <w:t>Educação</w:t>
      </w:r>
      <w:proofErr w:type="spellEnd"/>
      <w:r w:rsidRPr="00B83447">
        <w:rPr>
          <w:rFonts w:ascii="Arial" w:hAnsi="Arial" w:cs="Arial"/>
        </w:rPr>
        <w:t xml:space="preserve"> Ambiental – PPGEA</w:t>
      </w:r>
    </w:p>
    <w:sectPr w:rsidR="00E72D8E" w:rsidRPr="00B83447" w:rsidSect="00034616">
      <w:pgSz w:w="12240" w:h="15840"/>
      <w:pgMar w:top="1247" w:right="1134" w:bottom="1134" w:left="1417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FDD77" w14:textId="77777777" w:rsidR="00F92C3B" w:rsidRDefault="00F92C3B">
      <w:pPr>
        <w:spacing w:after="0" w:line="240" w:lineRule="auto"/>
      </w:pPr>
      <w:r>
        <w:separator/>
      </w:r>
    </w:p>
  </w:endnote>
  <w:endnote w:type="continuationSeparator" w:id="0">
    <w:p w14:paraId="3C803EED" w14:textId="77777777" w:rsidR="00F92C3B" w:rsidRDefault="00F92C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216786" w14:textId="77777777" w:rsidR="00F92C3B" w:rsidRDefault="00F92C3B">
      <w:pPr>
        <w:spacing w:after="0" w:line="240" w:lineRule="auto"/>
      </w:pPr>
      <w:r>
        <w:separator/>
      </w:r>
    </w:p>
  </w:footnote>
  <w:footnote w:type="continuationSeparator" w:id="0">
    <w:p w14:paraId="39B65743" w14:textId="77777777" w:rsidR="00F92C3B" w:rsidRDefault="00F92C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76985058">
    <w:abstractNumId w:val="8"/>
  </w:num>
  <w:num w:numId="2" w16cid:durableId="292952401">
    <w:abstractNumId w:val="6"/>
  </w:num>
  <w:num w:numId="3" w16cid:durableId="401224569">
    <w:abstractNumId w:val="5"/>
  </w:num>
  <w:num w:numId="4" w16cid:durableId="1355839284">
    <w:abstractNumId w:val="4"/>
  </w:num>
  <w:num w:numId="5" w16cid:durableId="1609772570">
    <w:abstractNumId w:val="7"/>
  </w:num>
  <w:num w:numId="6" w16cid:durableId="410850802">
    <w:abstractNumId w:val="3"/>
  </w:num>
  <w:num w:numId="7" w16cid:durableId="1608848044">
    <w:abstractNumId w:val="2"/>
  </w:num>
  <w:num w:numId="8" w16cid:durableId="700939631">
    <w:abstractNumId w:val="1"/>
  </w:num>
  <w:num w:numId="9" w16cid:durableId="53703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80AFE"/>
    <w:rsid w:val="0029639D"/>
    <w:rsid w:val="00326F90"/>
    <w:rsid w:val="00553E48"/>
    <w:rsid w:val="00AA1D8D"/>
    <w:rsid w:val="00B47730"/>
    <w:rsid w:val="00B83447"/>
    <w:rsid w:val="00CB0664"/>
    <w:rsid w:val="00E327B0"/>
    <w:rsid w:val="00E72D8E"/>
    <w:rsid w:val="00F92C3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12F580E"/>
  <w14:defaultImageDpi w14:val="300"/>
  <w15:docId w15:val="{3DABD11B-C0D4-4696-A76A-5C43145B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738</Words>
  <Characters>3986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Primeiro Aditivo à Chamada Interna PPGEA nº 03/2026 – PROFIX-CB</dc:title>
  <dc:subject>Adequação da Chamada Interna PPGEA nº 03/2026 ao Primeiro Aditivo do Edital FAPERGS/CNPq/CAPES nº 06/2026</dc:subject>
  <dc:creator>PPGEA/FURG</dc:creator>
  <cp:keywords/>
  <dc:description>generated by python-docx</dc:description>
  <cp:lastModifiedBy>Daiani Xavier</cp:lastModifiedBy>
  <cp:revision>3</cp:revision>
  <dcterms:created xsi:type="dcterms:W3CDTF">2013-12-23T23:15:00Z</dcterms:created>
  <dcterms:modified xsi:type="dcterms:W3CDTF">2026-09-04T18:20:00Z</dcterms:modified>
  <cp:category/>
</cp:coreProperties>
</file>